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56E24" w14:textId="77777777" w:rsidR="00D62A2A" w:rsidRPr="00F442DA" w:rsidRDefault="00000000">
      <w:pPr>
        <w:spacing w:after="20"/>
        <w:jc w:val="right"/>
        <w:rPr>
          <w:rFonts w:ascii="맑은 고딕" w:eastAsia="맑은 고딕" w:hAnsi="맑은 고딕"/>
          <w:lang w:eastAsia="ko-KR"/>
        </w:rPr>
      </w:pPr>
      <w:r w:rsidRPr="00F442DA">
        <w:rPr>
          <w:rFonts w:ascii="맑은 고딕" w:eastAsia="맑은 고딕" w:hAnsi="맑은 고딕"/>
          <w:b/>
          <w:color w:val="626B7A"/>
          <w:sz w:val="17"/>
          <w:lang w:eastAsia="ko-KR"/>
        </w:rPr>
        <w:t>첨부 1</w:t>
      </w:r>
    </w:p>
    <w:p w14:paraId="171F0E8F" w14:textId="77777777" w:rsidR="00D62A2A" w:rsidRPr="004E5C94" w:rsidRDefault="00000000">
      <w:pPr>
        <w:jc w:val="center"/>
        <w:rPr>
          <w:rFonts w:ascii="HY헤드라인M" w:eastAsia="HY헤드라인M" w:hAnsi="NanumGothic"/>
          <w:b/>
          <w:lang w:eastAsia="ko-KR"/>
        </w:rPr>
      </w:pPr>
      <w:r w:rsidRPr="004E5C94">
        <w:rPr>
          <w:rFonts w:ascii="HY헤드라인M" w:eastAsia="HY헤드라인M" w:hAnsi="NanumGothic" w:hint="eastAsia"/>
          <w:b/>
          <w:color w:val="0B1B52"/>
          <w:sz w:val="33"/>
          <w:lang w:eastAsia="ko-KR"/>
        </w:rPr>
        <w:t>2026 SCX NEXT 청년 스마트건설 AI 랩 참가신청서(팀용)</w:t>
      </w:r>
    </w:p>
    <w:p w14:paraId="0CE7D05F" w14:textId="5BF5B8C5" w:rsidR="00D62A2A" w:rsidRPr="00F442DA" w:rsidRDefault="00000000" w:rsidP="00F442DA">
      <w:pPr>
        <w:spacing w:after="120"/>
        <w:jc w:val="center"/>
        <w:rPr>
          <w:rFonts w:ascii="맑은 고딕" w:eastAsia="맑은 고딕" w:hAnsi="맑은 고딕"/>
          <w:sz w:val="20"/>
          <w:szCs w:val="24"/>
          <w:lang w:eastAsia="ko-KR"/>
        </w:rPr>
      </w:pPr>
      <w:r w:rsidRPr="00F442DA">
        <w:rPr>
          <w:rFonts w:ascii="맑은 고딕" w:eastAsia="맑은 고딕" w:hAnsi="맑은 고딕"/>
          <w:b/>
          <w:color w:val="00F05A"/>
          <w:sz w:val="20"/>
          <w:szCs w:val="24"/>
          <w:lang w:eastAsia="ko-KR"/>
        </w:rPr>
        <w:t>청년이 AI로 제안하는 스마트건설 현장해법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52"/>
      </w:tblGrid>
      <w:tr w:rsidR="00D62A2A" w14:paraId="684A52A0" w14:textId="77777777" w:rsidTr="00ED570B">
        <w:trPr>
          <w:jc w:val="center"/>
        </w:trPr>
        <w:tc>
          <w:tcPr>
            <w:tcW w:w="10152" w:type="dxa"/>
            <w:shd w:val="clear" w:color="auto" w:fill="F0FFF5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34317460" w14:textId="54D0A638" w:rsidR="00D62A2A" w:rsidRPr="006222AD" w:rsidRDefault="00000000" w:rsidP="004E5C94">
            <w:pPr>
              <w:spacing w:after="0" w:line="252" w:lineRule="auto"/>
              <w:rPr>
                <w:rFonts w:ascii="맑은 고딕" w:eastAsia="맑은 고딕" w:hAnsi="맑은 고딕" w:hint="eastAsia"/>
                <w:b/>
                <w:bCs/>
                <w:color w:val="626B7A"/>
                <w:sz w:val="17"/>
                <w:szCs w:val="17"/>
                <w:lang w:eastAsia="ko-KR"/>
              </w:rPr>
            </w:pPr>
            <w:r w:rsidRPr="004E5C94">
              <w:rPr>
                <w:rFonts w:ascii="맑은 고딕" w:eastAsia="맑은 고딕" w:hAnsi="맑은 고딕"/>
                <w:b/>
                <w:bCs/>
                <w:color w:val="626B7A"/>
                <w:sz w:val="17"/>
                <w:szCs w:val="17"/>
                <w:lang w:eastAsia="ko-KR"/>
              </w:rPr>
              <w:t>※ 팀</w:t>
            </w:r>
            <w:r w:rsidR="004E5C94" w:rsidRPr="004E5C94">
              <w:rPr>
                <w:rFonts w:ascii="맑은 고딕" w:eastAsia="맑은 고딕" w:hAnsi="맑은 고딕" w:hint="eastAsia"/>
                <w:b/>
                <w:bCs/>
                <w:color w:val="626B7A"/>
                <w:sz w:val="17"/>
                <w:szCs w:val="17"/>
                <w:lang w:eastAsia="ko-KR"/>
              </w:rPr>
              <w:t xml:space="preserve"> 대표자 1인이 작성합니다. 제출 전 </w:t>
            </w:r>
            <w:r w:rsidR="006222AD">
              <w:rPr>
                <w:rFonts w:ascii="맑은 고딕" w:eastAsia="맑은 고딕" w:hAnsi="맑은 고딕" w:hint="eastAsia"/>
                <w:b/>
                <w:bCs/>
                <w:color w:val="626B7A"/>
                <w:sz w:val="17"/>
                <w:szCs w:val="17"/>
                <w:lang w:eastAsia="ko-KR"/>
              </w:rPr>
              <w:t xml:space="preserve">팀원 전원의 참가신청용 개인정보 </w:t>
            </w:r>
            <w:proofErr w:type="spellStart"/>
            <w:r w:rsidR="006222AD">
              <w:rPr>
                <w:rFonts w:ascii="맑은 고딕" w:eastAsia="맑은 고딕" w:hAnsi="맑은 고딕" w:hint="eastAsia"/>
                <w:b/>
                <w:bCs/>
                <w:color w:val="626B7A"/>
                <w:sz w:val="17"/>
                <w:szCs w:val="17"/>
                <w:lang w:eastAsia="ko-KR"/>
              </w:rPr>
              <w:t>동의·서명을</w:t>
            </w:r>
            <w:proofErr w:type="spellEnd"/>
            <w:r w:rsidR="006222AD">
              <w:rPr>
                <w:rFonts w:ascii="맑은 고딕" w:eastAsia="맑은 고딕" w:hAnsi="맑은 고딕" w:hint="eastAsia"/>
                <w:b/>
                <w:bCs/>
                <w:color w:val="626B7A"/>
                <w:sz w:val="17"/>
                <w:szCs w:val="17"/>
                <w:lang w:eastAsia="ko-KR"/>
              </w:rPr>
              <w:t xml:space="preserve"> 확인하고 PDF로 저장해 제출하세요.</w:t>
            </w:r>
          </w:p>
        </w:tc>
      </w:tr>
    </w:tbl>
    <w:p w14:paraId="0650B678" w14:textId="77777777" w:rsidR="00D62A2A" w:rsidRPr="00F442DA" w:rsidRDefault="00000000">
      <w:pPr>
        <w:keepNext/>
        <w:pBdr>
          <w:bottom w:val="single" w:sz="10" w:space="3" w:color="00F05A"/>
        </w:pBdr>
        <w:spacing w:before="120" w:after="80"/>
        <w:rPr>
          <w:rFonts w:ascii="맑은 고딕" w:eastAsia="맑은 고딕" w:hAnsi="맑은 고딕"/>
        </w:rPr>
      </w:pPr>
      <w:r w:rsidRPr="00F442DA">
        <w:rPr>
          <w:rFonts w:ascii="맑은 고딕" w:eastAsia="맑은 고딕" w:hAnsi="맑은 고딕"/>
          <w:b/>
          <w:color w:val="0B1B52"/>
          <w:sz w:val="21"/>
        </w:rPr>
        <w:t xml:space="preserve">1. 팀 </w:t>
      </w:r>
      <w:proofErr w:type="spellStart"/>
      <w:r w:rsidRPr="00F442DA">
        <w:rPr>
          <w:rFonts w:ascii="맑은 고딕" w:eastAsia="맑은 고딕" w:hAnsi="맑은 고딕"/>
          <w:b/>
          <w:color w:val="0B1B52"/>
          <w:sz w:val="21"/>
        </w:rPr>
        <w:t>기본정보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5"/>
        <w:gridCol w:w="3195"/>
        <w:gridCol w:w="1560"/>
        <w:gridCol w:w="3740"/>
      </w:tblGrid>
      <w:tr w:rsidR="00D62A2A" w14:paraId="79810D3A" w14:textId="77777777" w:rsidTr="00B240BC">
        <w:trPr>
          <w:cantSplit/>
          <w:jc w:val="center"/>
        </w:trPr>
        <w:tc>
          <w:tcPr>
            <w:tcW w:w="1655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shd w:val="clear" w:color="auto" w:fill="F3F5F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6174D41C" w14:textId="77777777" w:rsidR="00D62A2A" w:rsidRPr="007E6820" w:rsidRDefault="00000000">
            <w:pPr>
              <w:spacing w:after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proofErr w:type="spellStart"/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  <w:szCs w:val="16"/>
              </w:rPr>
              <w:t>팀명</w:t>
            </w:r>
            <w:proofErr w:type="spellEnd"/>
          </w:p>
        </w:tc>
        <w:tc>
          <w:tcPr>
            <w:tcW w:w="3195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59FA310E" w14:textId="77777777" w:rsidR="00D62A2A" w:rsidRPr="007E6820" w:rsidRDefault="00000000">
            <w:pPr>
              <w:spacing w:after="0"/>
              <w:rPr>
                <w:rFonts w:ascii="맑은 고딕" w:eastAsia="맑은 고딕" w:hAnsi="맑은 고딕"/>
                <w:sz w:val="16"/>
                <w:szCs w:val="16"/>
              </w:rPr>
            </w:pPr>
            <w:proofErr w:type="spellStart"/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  <w:szCs w:val="16"/>
              </w:rPr>
              <w:t>팀명</w:t>
            </w:r>
            <w:proofErr w:type="spellEnd"/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  <w:szCs w:val="16"/>
              </w:rPr>
              <w:t xml:space="preserve"> </w:t>
            </w:r>
            <w:proofErr w:type="spellStart"/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  <w:szCs w:val="16"/>
              </w:rPr>
              <w:t>입력</w:t>
            </w:r>
            <w:proofErr w:type="spellEnd"/>
          </w:p>
        </w:tc>
        <w:tc>
          <w:tcPr>
            <w:tcW w:w="1560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shd w:val="clear" w:color="auto" w:fill="F3F5F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6E38BBBA" w14:textId="77777777" w:rsidR="00D62A2A" w:rsidRPr="007E6820" w:rsidRDefault="00000000">
            <w:pPr>
              <w:spacing w:after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  <w:szCs w:val="16"/>
              </w:rPr>
              <w:t xml:space="preserve">팀 </w:t>
            </w:r>
            <w:proofErr w:type="spellStart"/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  <w:szCs w:val="16"/>
              </w:rPr>
              <w:t>구성</w:t>
            </w:r>
            <w:proofErr w:type="spellEnd"/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  <w:szCs w:val="16"/>
              </w:rPr>
              <w:t xml:space="preserve"> </w:t>
            </w:r>
            <w:proofErr w:type="spellStart"/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  <w:szCs w:val="16"/>
              </w:rPr>
              <w:t>유형</w:t>
            </w:r>
            <w:proofErr w:type="spellEnd"/>
          </w:p>
        </w:tc>
        <w:tc>
          <w:tcPr>
            <w:tcW w:w="3740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1186C004" w14:textId="77777777" w:rsidR="00D62A2A" w:rsidRPr="007E6820" w:rsidRDefault="00000000">
            <w:pPr>
              <w:spacing w:after="0"/>
              <w:rPr>
                <w:rFonts w:ascii="맑은 고딕" w:eastAsia="맑은 고딕" w:hAnsi="맑은 고딕"/>
                <w:sz w:val="16"/>
                <w:szCs w:val="16"/>
                <w:lang w:eastAsia="ko-KR"/>
              </w:rPr>
            </w:pPr>
            <w:r w:rsidRPr="007E6820">
              <w:rPr>
                <w:rFonts w:ascii="맑은 고딕" w:eastAsia="맑은 고딕" w:hAnsi="맑은 고딕"/>
                <w:color w:val="1F2633"/>
                <w:sz w:val="16"/>
                <w:szCs w:val="16"/>
                <w:lang w:eastAsia="ko-KR"/>
              </w:rPr>
              <w:t xml:space="preserve">□ </w:t>
            </w:r>
            <w:proofErr w:type="spellStart"/>
            <w:proofErr w:type="gramStart"/>
            <w:r w:rsidRPr="007E6820">
              <w:rPr>
                <w:rFonts w:ascii="맑은 고딕" w:eastAsia="맑은 고딕" w:hAnsi="맑은 고딕"/>
                <w:color w:val="1F2633"/>
                <w:sz w:val="16"/>
                <w:szCs w:val="16"/>
                <w:lang w:eastAsia="ko-KR"/>
              </w:rPr>
              <w:t>학생팀</w:t>
            </w:r>
            <w:proofErr w:type="spellEnd"/>
            <w:r w:rsidRPr="007E6820">
              <w:rPr>
                <w:rFonts w:ascii="맑은 고딕" w:eastAsia="맑은 고딕" w:hAnsi="맑은 고딕"/>
                <w:color w:val="1F2633"/>
                <w:sz w:val="16"/>
                <w:szCs w:val="16"/>
                <w:lang w:eastAsia="ko-KR"/>
              </w:rPr>
              <w:t xml:space="preserve">  □</w:t>
            </w:r>
            <w:proofErr w:type="gramEnd"/>
            <w:r w:rsidRPr="007E6820">
              <w:rPr>
                <w:rFonts w:ascii="맑은 고딕" w:eastAsia="맑은 고딕" w:hAnsi="맑은 고딕"/>
                <w:color w:val="1F2633"/>
                <w:sz w:val="16"/>
                <w:szCs w:val="16"/>
                <w:lang w:eastAsia="ko-KR"/>
              </w:rPr>
              <w:t xml:space="preserve"> </w:t>
            </w:r>
            <w:proofErr w:type="gramStart"/>
            <w:r w:rsidRPr="007E6820">
              <w:rPr>
                <w:rFonts w:ascii="맑은 고딕" w:eastAsia="맑은 고딕" w:hAnsi="맑은 고딕"/>
                <w:color w:val="1F2633"/>
                <w:sz w:val="16"/>
                <w:szCs w:val="16"/>
                <w:lang w:eastAsia="ko-KR"/>
              </w:rPr>
              <w:t>산학융합팀  □</w:t>
            </w:r>
            <w:proofErr w:type="gramEnd"/>
            <w:r w:rsidRPr="007E6820">
              <w:rPr>
                <w:rFonts w:ascii="맑은 고딕" w:eastAsia="맑은 고딕" w:hAnsi="맑은 고딕"/>
                <w:color w:val="1F2633"/>
                <w:sz w:val="16"/>
                <w:szCs w:val="16"/>
                <w:lang w:eastAsia="ko-KR"/>
              </w:rPr>
              <w:t xml:space="preserve"> </w:t>
            </w:r>
            <w:proofErr w:type="spellStart"/>
            <w:r w:rsidRPr="007E6820">
              <w:rPr>
                <w:rFonts w:ascii="맑은 고딕" w:eastAsia="맑은 고딕" w:hAnsi="맑은 고딕"/>
                <w:color w:val="1F2633"/>
                <w:sz w:val="16"/>
                <w:szCs w:val="16"/>
                <w:lang w:eastAsia="ko-KR"/>
              </w:rPr>
              <w:t>청년기술인팀</w:t>
            </w:r>
            <w:proofErr w:type="spellEnd"/>
          </w:p>
        </w:tc>
      </w:tr>
      <w:tr w:rsidR="00D62A2A" w14:paraId="7F49615E" w14:textId="77777777" w:rsidTr="00B240BC">
        <w:trPr>
          <w:cantSplit/>
          <w:jc w:val="center"/>
        </w:trPr>
        <w:tc>
          <w:tcPr>
            <w:tcW w:w="1655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shd w:val="clear" w:color="auto" w:fill="F3F5F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66E5579D" w14:textId="77777777" w:rsidR="00D62A2A" w:rsidRPr="007E6820" w:rsidRDefault="00000000">
            <w:pPr>
              <w:spacing w:after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proofErr w:type="spellStart"/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  <w:szCs w:val="16"/>
              </w:rPr>
              <w:t>팀원</w:t>
            </w:r>
            <w:proofErr w:type="spellEnd"/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  <w:szCs w:val="16"/>
              </w:rPr>
              <w:t xml:space="preserve"> 수</w:t>
            </w:r>
          </w:p>
        </w:tc>
        <w:tc>
          <w:tcPr>
            <w:tcW w:w="3195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075F1175" w14:textId="77777777" w:rsidR="00D62A2A" w:rsidRPr="007E6820" w:rsidRDefault="00000000">
            <w:pPr>
              <w:spacing w:after="0"/>
              <w:rPr>
                <w:rFonts w:ascii="맑은 고딕" w:eastAsia="맑은 고딕" w:hAnsi="맑은 고딕"/>
                <w:sz w:val="16"/>
                <w:szCs w:val="16"/>
              </w:rPr>
            </w:pPr>
            <w:r w:rsidRPr="007E6820">
              <w:rPr>
                <w:rFonts w:ascii="맑은 고딕" w:eastAsia="맑은 고딕" w:hAnsi="맑은 고딕"/>
                <w:color w:val="1F2633"/>
                <w:sz w:val="16"/>
                <w:szCs w:val="16"/>
              </w:rPr>
              <w:t>□ 2</w:t>
            </w:r>
            <w:proofErr w:type="gramStart"/>
            <w:r w:rsidRPr="007E6820">
              <w:rPr>
                <w:rFonts w:ascii="맑은 고딕" w:eastAsia="맑은 고딕" w:hAnsi="맑은 고딕"/>
                <w:color w:val="1F2633"/>
                <w:sz w:val="16"/>
                <w:szCs w:val="16"/>
              </w:rPr>
              <w:t>명  □</w:t>
            </w:r>
            <w:proofErr w:type="gramEnd"/>
            <w:r w:rsidRPr="007E6820">
              <w:rPr>
                <w:rFonts w:ascii="맑은 고딕" w:eastAsia="맑은 고딕" w:hAnsi="맑은 고딕"/>
                <w:color w:val="1F2633"/>
                <w:sz w:val="16"/>
                <w:szCs w:val="16"/>
              </w:rPr>
              <w:t xml:space="preserve"> 3</w:t>
            </w:r>
            <w:proofErr w:type="gramStart"/>
            <w:r w:rsidRPr="007E6820">
              <w:rPr>
                <w:rFonts w:ascii="맑은 고딕" w:eastAsia="맑은 고딕" w:hAnsi="맑은 고딕"/>
                <w:color w:val="1F2633"/>
                <w:sz w:val="16"/>
                <w:szCs w:val="16"/>
              </w:rPr>
              <w:t>명  □</w:t>
            </w:r>
            <w:proofErr w:type="gramEnd"/>
            <w:r w:rsidRPr="007E6820">
              <w:rPr>
                <w:rFonts w:ascii="맑은 고딕" w:eastAsia="맑은 고딕" w:hAnsi="맑은 고딕"/>
                <w:color w:val="1F2633"/>
                <w:sz w:val="16"/>
                <w:szCs w:val="16"/>
              </w:rPr>
              <w:t xml:space="preserve"> 4명</w:t>
            </w:r>
          </w:p>
        </w:tc>
        <w:tc>
          <w:tcPr>
            <w:tcW w:w="1560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shd w:val="clear" w:color="auto" w:fill="F3F5F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652D6CCD" w14:textId="77777777" w:rsidR="00D62A2A" w:rsidRPr="007E6820" w:rsidRDefault="00000000">
            <w:pPr>
              <w:spacing w:after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  <w:szCs w:val="16"/>
              </w:rPr>
              <w:t xml:space="preserve">팀 </w:t>
            </w:r>
            <w:proofErr w:type="spellStart"/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  <w:szCs w:val="16"/>
              </w:rPr>
              <w:t>대표자</w:t>
            </w:r>
            <w:proofErr w:type="spellEnd"/>
          </w:p>
        </w:tc>
        <w:tc>
          <w:tcPr>
            <w:tcW w:w="3740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1AB3D043" w14:textId="77777777" w:rsidR="00D62A2A" w:rsidRPr="007E6820" w:rsidRDefault="00000000">
            <w:pPr>
              <w:spacing w:after="0"/>
              <w:rPr>
                <w:rFonts w:ascii="맑은 고딕" w:eastAsia="맑은 고딕" w:hAnsi="맑은 고딕"/>
                <w:sz w:val="16"/>
                <w:szCs w:val="16"/>
              </w:rPr>
            </w:pPr>
            <w:proofErr w:type="spellStart"/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  <w:szCs w:val="16"/>
              </w:rPr>
              <w:t>성명</w:t>
            </w:r>
            <w:proofErr w:type="spellEnd"/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  <w:szCs w:val="16"/>
              </w:rPr>
              <w:t xml:space="preserve"> </w:t>
            </w:r>
            <w:proofErr w:type="spellStart"/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  <w:szCs w:val="16"/>
              </w:rPr>
              <w:t>입력</w:t>
            </w:r>
            <w:proofErr w:type="spellEnd"/>
          </w:p>
        </w:tc>
      </w:tr>
      <w:tr w:rsidR="00D62A2A" w14:paraId="5200C204" w14:textId="77777777" w:rsidTr="00B240BC">
        <w:trPr>
          <w:cantSplit/>
          <w:jc w:val="center"/>
        </w:trPr>
        <w:tc>
          <w:tcPr>
            <w:tcW w:w="1655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shd w:val="clear" w:color="auto" w:fill="F3F5F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3D295AD8" w14:textId="77777777" w:rsidR="00D62A2A" w:rsidRPr="007E6820" w:rsidRDefault="00000000">
            <w:pPr>
              <w:spacing w:after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proofErr w:type="spellStart"/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  <w:szCs w:val="16"/>
              </w:rPr>
              <w:t>대표자</w:t>
            </w:r>
            <w:proofErr w:type="spellEnd"/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  <w:szCs w:val="16"/>
              </w:rPr>
              <w:t xml:space="preserve"> </w:t>
            </w:r>
            <w:proofErr w:type="spellStart"/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  <w:szCs w:val="16"/>
              </w:rPr>
              <w:t>연락처</w:t>
            </w:r>
            <w:proofErr w:type="spellEnd"/>
          </w:p>
        </w:tc>
        <w:tc>
          <w:tcPr>
            <w:tcW w:w="3195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768EE882" w14:textId="77777777" w:rsidR="00D62A2A" w:rsidRPr="007E6820" w:rsidRDefault="00000000">
            <w:pPr>
              <w:spacing w:after="0"/>
              <w:rPr>
                <w:rFonts w:ascii="맑은 고딕" w:eastAsia="맑은 고딕" w:hAnsi="맑은 고딕"/>
                <w:sz w:val="16"/>
                <w:szCs w:val="16"/>
              </w:rPr>
            </w:pPr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  <w:szCs w:val="16"/>
              </w:rPr>
              <w:t>010-0000-0000</w:t>
            </w:r>
          </w:p>
        </w:tc>
        <w:tc>
          <w:tcPr>
            <w:tcW w:w="1560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shd w:val="clear" w:color="auto" w:fill="F3F5F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637AAD79" w14:textId="77777777" w:rsidR="00D62A2A" w:rsidRPr="007E6820" w:rsidRDefault="00000000">
            <w:pPr>
              <w:spacing w:after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proofErr w:type="spellStart"/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  <w:szCs w:val="16"/>
              </w:rPr>
              <w:t>대표자</w:t>
            </w:r>
            <w:proofErr w:type="spellEnd"/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  <w:szCs w:val="16"/>
              </w:rPr>
              <w:t xml:space="preserve"> </w:t>
            </w:r>
            <w:proofErr w:type="spellStart"/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  <w:szCs w:val="16"/>
              </w:rPr>
              <w:t>이메일</w:t>
            </w:r>
            <w:proofErr w:type="spellEnd"/>
          </w:p>
        </w:tc>
        <w:tc>
          <w:tcPr>
            <w:tcW w:w="3740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745DEAAC" w14:textId="77777777" w:rsidR="00D62A2A" w:rsidRPr="007E6820" w:rsidRDefault="00000000">
            <w:pPr>
              <w:spacing w:after="0"/>
              <w:rPr>
                <w:rFonts w:ascii="맑은 고딕" w:eastAsia="맑은 고딕" w:hAnsi="맑은 고딕"/>
                <w:sz w:val="16"/>
                <w:szCs w:val="16"/>
              </w:rPr>
            </w:pPr>
            <w:proofErr w:type="spellStart"/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  <w:szCs w:val="16"/>
              </w:rPr>
              <w:t>대표자</w:t>
            </w:r>
            <w:proofErr w:type="spellEnd"/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  <w:szCs w:val="16"/>
              </w:rPr>
              <w:t xml:space="preserve"> </w:t>
            </w:r>
            <w:proofErr w:type="spellStart"/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  <w:szCs w:val="16"/>
              </w:rPr>
              <w:t>이메일</w:t>
            </w:r>
            <w:proofErr w:type="spellEnd"/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  <w:szCs w:val="16"/>
              </w:rPr>
              <w:t xml:space="preserve"> </w:t>
            </w:r>
            <w:proofErr w:type="spellStart"/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  <w:szCs w:val="16"/>
              </w:rPr>
              <w:t>입력</w:t>
            </w:r>
            <w:proofErr w:type="spellEnd"/>
          </w:p>
        </w:tc>
      </w:tr>
      <w:tr w:rsidR="00D62A2A" w14:paraId="583DE461" w14:textId="77777777" w:rsidTr="00B240BC">
        <w:trPr>
          <w:cantSplit/>
          <w:jc w:val="center"/>
        </w:trPr>
        <w:tc>
          <w:tcPr>
            <w:tcW w:w="1655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shd w:val="clear" w:color="auto" w:fill="F3F5F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02200546" w14:textId="77777777" w:rsidR="00D62A2A" w:rsidRPr="007E6820" w:rsidRDefault="00000000">
            <w:pPr>
              <w:spacing w:after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proofErr w:type="spellStart"/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  <w:szCs w:val="16"/>
              </w:rPr>
              <w:t>주요</w:t>
            </w:r>
            <w:proofErr w:type="spellEnd"/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  <w:szCs w:val="16"/>
              </w:rPr>
              <w:t xml:space="preserve"> </w:t>
            </w:r>
            <w:proofErr w:type="spellStart"/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  <w:szCs w:val="16"/>
              </w:rPr>
              <w:t>역량</w:t>
            </w:r>
            <w:proofErr w:type="spellEnd"/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  <w:szCs w:val="16"/>
              </w:rPr>
              <w:t xml:space="preserve"> </w:t>
            </w:r>
            <w:proofErr w:type="spellStart"/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  <w:szCs w:val="16"/>
              </w:rPr>
              <w:t>분야</w:t>
            </w:r>
            <w:proofErr w:type="spellEnd"/>
          </w:p>
        </w:tc>
        <w:tc>
          <w:tcPr>
            <w:tcW w:w="3195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2176FE89" w14:textId="77777777" w:rsidR="00D62A2A" w:rsidRPr="007E6820" w:rsidRDefault="00000000">
            <w:pPr>
              <w:spacing w:after="0"/>
              <w:rPr>
                <w:rFonts w:ascii="맑은 고딕" w:eastAsia="맑은 고딕" w:hAnsi="맑은 고딕"/>
                <w:sz w:val="16"/>
                <w:szCs w:val="16"/>
                <w:lang w:eastAsia="ko-KR"/>
              </w:rPr>
            </w:pPr>
            <w:r w:rsidRPr="007E6820">
              <w:rPr>
                <w:rFonts w:ascii="맑은 고딕" w:eastAsia="맑은 고딕" w:hAnsi="맑은 고딕"/>
                <w:color w:val="1F2633"/>
                <w:sz w:val="16"/>
                <w:szCs w:val="16"/>
                <w:lang w:eastAsia="ko-KR"/>
              </w:rPr>
              <w:t xml:space="preserve">□ </w:t>
            </w:r>
            <w:proofErr w:type="gramStart"/>
            <w:r w:rsidRPr="007E6820">
              <w:rPr>
                <w:rFonts w:ascii="맑은 고딕" w:eastAsia="맑은 고딕" w:hAnsi="맑은 고딕"/>
                <w:color w:val="1F2633"/>
                <w:sz w:val="16"/>
                <w:szCs w:val="16"/>
                <w:lang w:eastAsia="ko-KR"/>
              </w:rPr>
              <w:t>건축  □</w:t>
            </w:r>
            <w:proofErr w:type="gramEnd"/>
            <w:r w:rsidRPr="007E6820">
              <w:rPr>
                <w:rFonts w:ascii="맑은 고딕" w:eastAsia="맑은 고딕" w:hAnsi="맑은 고딕"/>
                <w:color w:val="1F2633"/>
                <w:sz w:val="16"/>
                <w:szCs w:val="16"/>
                <w:lang w:eastAsia="ko-KR"/>
              </w:rPr>
              <w:t xml:space="preserve"> </w:t>
            </w:r>
            <w:proofErr w:type="gramStart"/>
            <w:r w:rsidRPr="007E6820">
              <w:rPr>
                <w:rFonts w:ascii="맑은 고딕" w:eastAsia="맑은 고딕" w:hAnsi="맑은 고딕"/>
                <w:color w:val="1F2633"/>
                <w:sz w:val="16"/>
                <w:szCs w:val="16"/>
                <w:lang w:eastAsia="ko-KR"/>
              </w:rPr>
              <w:t>토목  □</w:t>
            </w:r>
            <w:proofErr w:type="gramEnd"/>
            <w:r w:rsidRPr="007E6820">
              <w:rPr>
                <w:rFonts w:ascii="맑은 고딕" w:eastAsia="맑은 고딕" w:hAnsi="맑은 고딕"/>
                <w:color w:val="1F2633"/>
                <w:sz w:val="16"/>
                <w:szCs w:val="16"/>
                <w:lang w:eastAsia="ko-KR"/>
              </w:rPr>
              <w:t xml:space="preserve"> </w:t>
            </w:r>
            <w:proofErr w:type="gramStart"/>
            <w:r w:rsidRPr="007E6820">
              <w:rPr>
                <w:rFonts w:ascii="맑은 고딕" w:eastAsia="맑은 고딕" w:hAnsi="맑은 고딕"/>
                <w:color w:val="1F2633"/>
                <w:sz w:val="16"/>
                <w:szCs w:val="16"/>
                <w:lang w:eastAsia="ko-KR"/>
              </w:rPr>
              <w:t>안전  □</w:t>
            </w:r>
            <w:proofErr w:type="gramEnd"/>
            <w:r w:rsidRPr="007E6820">
              <w:rPr>
                <w:rFonts w:ascii="맑은 고딕" w:eastAsia="맑은 고딕" w:hAnsi="맑은 고딕"/>
                <w:color w:val="1F2633"/>
                <w:sz w:val="16"/>
                <w:szCs w:val="16"/>
                <w:lang w:eastAsia="ko-KR"/>
              </w:rPr>
              <w:t xml:space="preserve"> 도시</w:t>
            </w:r>
            <w:r w:rsidRPr="007E6820">
              <w:rPr>
                <w:rFonts w:ascii="맑은 고딕" w:eastAsia="맑은 고딕" w:hAnsi="맑은 고딕"/>
                <w:color w:val="1F2633"/>
                <w:sz w:val="16"/>
                <w:szCs w:val="16"/>
                <w:lang w:eastAsia="ko-KR"/>
              </w:rPr>
              <w:br/>
              <w:t xml:space="preserve">□ </w:t>
            </w:r>
            <w:proofErr w:type="gramStart"/>
            <w:r w:rsidRPr="007E6820">
              <w:rPr>
                <w:rFonts w:ascii="맑은 고딕" w:eastAsia="맑은 고딕" w:hAnsi="맑은 고딕"/>
                <w:color w:val="1F2633"/>
                <w:sz w:val="16"/>
                <w:szCs w:val="16"/>
                <w:lang w:eastAsia="ko-KR"/>
              </w:rPr>
              <w:t>기계  □</w:t>
            </w:r>
            <w:proofErr w:type="gramEnd"/>
            <w:r w:rsidRPr="007E6820">
              <w:rPr>
                <w:rFonts w:ascii="맑은 고딕" w:eastAsia="맑은 고딕" w:hAnsi="맑은 고딕"/>
                <w:color w:val="1F2633"/>
                <w:sz w:val="16"/>
                <w:szCs w:val="16"/>
                <w:lang w:eastAsia="ko-KR"/>
              </w:rPr>
              <w:t xml:space="preserve"> </w:t>
            </w:r>
            <w:proofErr w:type="gramStart"/>
            <w:r w:rsidRPr="007E6820">
              <w:rPr>
                <w:rFonts w:ascii="맑은 고딕" w:eastAsia="맑은 고딕" w:hAnsi="맑은 고딕"/>
                <w:color w:val="1F2633"/>
                <w:sz w:val="16"/>
                <w:szCs w:val="16"/>
                <w:lang w:eastAsia="ko-KR"/>
              </w:rPr>
              <w:t>AI  □</w:t>
            </w:r>
            <w:proofErr w:type="gramEnd"/>
            <w:r w:rsidRPr="007E6820">
              <w:rPr>
                <w:rFonts w:ascii="맑은 고딕" w:eastAsia="맑은 고딕" w:hAnsi="맑은 고딕"/>
                <w:color w:val="1F2633"/>
                <w:sz w:val="16"/>
                <w:szCs w:val="16"/>
                <w:lang w:eastAsia="ko-KR"/>
              </w:rPr>
              <w:t xml:space="preserve"> </w:t>
            </w:r>
            <w:proofErr w:type="gramStart"/>
            <w:r w:rsidRPr="007E6820">
              <w:rPr>
                <w:rFonts w:ascii="맑은 고딕" w:eastAsia="맑은 고딕" w:hAnsi="맑은 고딕"/>
                <w:color w:val="1F2633"/>
                <w:sz w:val="16"/>
                <w:szCs w:val="16"/>
                <w:lang w:eastAsia="ko-KR"/>
              </w:rPr>
              <w:t>데이터  □</w:t>
            </w:r>
            <w:proofErr w:type="gramEnd"/>
            <w:r w:rsidRPr="007E6820">
              <w:rPr>
                <w:rFonts w:ascii="맑은 고딕" w:eastAsia="맑은 고딕" w:hAnsi="맑은 고딕"/>
                <w:color w:val="1F2633"/>
                <w:sz w:val="16"/>
                <w:szCs w:val="16"/>
                <w:lang w:eastAsia="ko-KR"/>
              </w:rPr>
              <w:t xml:space="preserve"> 기타</w:t>
            </w:r>
          </w:p>
        </w:tc>
        <w:tc>
          <w:tcPr>
            <w:tcW w:w="1560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shd w:val="clear" w:color="auto" w:fill="F3F5F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4A6E0F0D" w14:textId="77777777" w:rsidR="004E5C94" w:rsidRDefault="00436E7B" w:rsidP="004E5C94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B1B52"/>
                <w:sz w:val="16"/>
                <w:szCs w:val="16"/>
              </w:rPr>
            </w:pPr>
            <w:proofErr w:type="spellStart"/>
            <w:r>
              <w:rPr>
                <w:rFonts w:ascii="맑은 고딕" w:eastAsia="맑은 고딕" w:hAnsi="맑은 고딕"/>
                <w:b/>
                <w:color w:val="0B1B52"/>
                <w:sz w:val="16"/>
                <w:szCs w:val="16"/>
              </w:rPr>
              <w:t>Genspark</w:t>
            </w:r>
            <w:proofErr w:type="spellEnd"/>
          </w:p>
          <w:p w14:paraId="6D0F98C6" w14:textId="7DDAB566" w:rsidR="00D62A2A" w:rsidRPr="004E5C94" w:rsidRDefault="00000000" w:rsidP="004E5C94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B1B52"/>
                <w:sz w:val="16"/>
                <w:szCs w:val="16"/>
                <w:lang w:eastAsia="ko-KR"/>
              </w:rPr>
            </w:pPr>
            <w:proofErr w:type="spellStart"/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  <w:szCs w:val="16"/>
              </w:rPr>
              <w:t>활용</w:t>
            </w:r>
            <w:proofErr w:type="spellEnd"/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  <w:szCs w:val="16"/>
              </w:rPr>
              <w:t xml:space="preserve"> </w:t>
            </w:r>
            <w:proofErr w:type="spellStart"/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  <w:szCs w:val="16"/>
              </w:rPr>
              <w:t>여부</w:t>
            </w:r>
            <w:proofErr w:type="spellEnd"/>
          </w:p>
        </w:tc>
        <w:tc>
          <w:tcPr>
            <w:tcW w:w="3740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0A64CDF5" w14:textId="787C070C" w:rsidR="00D62A2A" w:rsidRPr="007E6820" w:rsidRDefault="00000000">
            <w:pPr>
              <w:spacing w:after="0"/>
              <w:rPr>
                <w:rFonts w:ascii="맑은 고딕" w:eastAsia="맑은 고딕" w:hAnsi="맑은 고딕" w:hint="eastAsia"/>
                <w:sz w:val="16"/>
                <w:szCs w:val="16"/>
                <w:lang w:eastAsia="ko-KR"/>
              </w:rPr>
            </w:pPr>
            <w:r w:rsidRPr="007E6820">
              <w:rPr>
                <w:rFonts w:ascii="맑은 고딕" w:eastAsia="맑은 고딕" w:hAnsi="맑은 고딕"/>
                <w:color w:val="1F2633"/>
                <w:sz w:val="16"/>
                <w:szCs w:val="16"/>
                <w:lang w:eastAsia="ko-KR"/>
              </w:rPr>
              <w:t xml:space="preserve">□ 사용 </w:t>
            </w:r>
            <w:proofErr w:type="gramStart"/>
            <w:r w:rsidRPr="007E6820">
              <w:rPr>
                <w:rFonts w:ascii="맑은 고딕" w:eastAsia="맑은 고딕" w:hAnsi="맑은 고딕"/>
                <w:color w:val="1F2633"/>
                <w:sz w:val="16"/>
                <w:szCs w:val="16"/>
                <w:lang w:eastAsia="ko-KR"/>
              </w:rPr>
              <w:t>예정  □</w:t>
            </w:r>
            <w:proofErr w:type="gramEnd"/>
            <w:r w:rsidRPr="007E6820">
              <w:rPr>
                <w:rFonts w:ascii="맑은 고딕" w:eastAsia="맑은 고딕" w:hAnsi="맑은 고딕"/>
                <w:color w:val="1F2633"/>
                <w:sz w:val="16"/>
                <w:szCs w:val="16"/>
                <w:lang w:eastAsia="ko-KR"/>
              </w:rPr>
              <w:t xml:space="preserve"> 사용 중 </w:t>
            </w:r>
          </w:p>
        </w:tc>
      </w:tr>
      <w:tr w:rsidR="00D62A2A" w14:paraId="3F1B04C1" w14:textId="77777777" w:rsidTr="00B240BC">
        <w:trPr>
          <w:cantSplit/>
          <w:jc w:val="center"/>
        </w:trPr>
        <w:tc>
          <w:tcPr>
            <w:tcW w:w="1655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shd w:val="clear" w:color="auto" w:fill="F3F5F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596F35CD" w14:textId="77777777" w:rsidR="00D62A2A" w:rsidRPr="007E6820" w:rsidRDefault="00000000">
            <w:pPr>
              <w:spacing w:after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proofErr w:type="spellStart"/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  <w:szCs w:val="16"/>
              </w:rPr>
              <w:t>접수번호</w:t>
            </w:r>
            <w:proofErr w:type="spellEnd"/>
          </w:p>
        </w:tc>
        <w:tc>
          <w:tcPr>
            <w:tcW w:w="3195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shd w:val="clear" w:color="auto" w:fill="D9D9D9" w:themeFill="background1" w:themeFillShade="D9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1A6FEE23" w14:textId="6965ECA9" w:rsidR="00D62A2A" w:rsidRPr="007E6820" w:rsidRDefault="004E5C94">
            <w:pPr>
              <w:spacing w:after="0"/>
              <w:rPr>
                <w:rFonts w:ascii="맑은 고딕" w:eastAsia="맑은 고딕" w:hAnsi="맑은 고딕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hint="eastAsia"/>
                <w:i/>
                <w:color w:val="9AA3AF"/>
                <w:sz w:val="16"/>
                <w:szCs w:val="16"/>
                <w:lang w:eastAsia="ko-KR"/>
              </w:rPr>
              <w:t>(</w:t>
            </w:r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  <w:szCs w:val="16"/>
                <w:lang w:eastAsia="ko-KR"/>
              </w:rPr>
              <w:t>사무국</w:t>
            </w:r>
            <w:r w:rsidR="00B240BC" w:rsidRPr="007E6820">
              <w:rPr>
                <w:rFonts w:ascii="맑은 고딕" w:eastAsia="맑은 고딕" w:hAnsi="맑은 고딕" w:hint="eastAsia"/>
                <w:i/>
                <w:color w:val="9AA3AF"/>
                <w:sz w:val="16"/>
                <w:szCs w:val="16"/>
                <w:lang w:eastAsia="ko-KR"/>
              </w:rPr>
              <w:t xml:space="preserve"> </w:t>
            </w:r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  <w:szCs w:val="16"/>
                <w:lang w:eastAsia="ko-KR"/>
              </w:rPr>
              <w:t>기재</w:t>
            </w:r>
            <w:r>
              <w:rPr>
                <w:rFonts w:ascii="맑은 고딕" w:eastAsia="맑은 고딕" w:hAnsi="맑은 고딕" w:hint="eastAsia"/>
                <w:i/>
                <w:color w:val="9AA3AF"/>
                <w:sz w:val="16"/>
                <w:szCs w:val="16"/>
                <w:lang w:eastAsia="ko-KR"/>
              </w:rPr>
              <w:t>)</w:t>
            </w:r>
          </w:p>
        </w:tc>
        <w:tc>
          <w:tcPr>
            <w:tcW w:w="1560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shd w:val="clear" w:color="auto" w:fill="F3F5F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530F876F" w14:textId="77777777" w:rsidR="00D62A2A" w:rsidRPr="007E6820" w:rsidRDefault="00000000">
            <w:pPr>
              <w:spacing w:after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  <w:szCs w:val="16"/>
              </w:rPr>
              <w:t xml:space="preserve">사무국 </w:t>
            </w:r>
            <w:proofErr w:type="spellStart"/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  <w:szCs w:val="16"/>
              </w:rPr>
              <w:t>기재란</w:t>
            </w:r>
            <w:proofErr w:type="spellEnd"/>
          </w:p>
        </w:tc>
        <w:tc>
          <w:tcPr>
            <w:tcW w:w="3740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shd w:val="clear" w:color="auto" w:fill="D9D9D9" w:themeFill="background1" w:themeFillShade="D9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15CB9B8C" w14:textId="77777777" w:rsidR="00D62A2A" w:rsidRPr="007E6820" w:rsidRDefault="00000000">
            <w:pPr>
              <w:spacing w:after="0"/>
              <w:rPr>
                <w:rFonts w:ascii="맑은 고딕" w:eastAsia="맑은 고딕" w:hAnsi="맑은 고딕"/>
                <w:sz w:val="16"/>
                <w:szCs w:val="16"/>
              </w:rPr>
            </w:pPr>
            <w:r w:rsidRPr="007E6820">
              <w:rPr>
                <w:rFonts w:ascii="맑은 고딕" w:eastAsia="맑은 고딕" w:hAnsi="맑은 고딕"/>
                <w:i/>
                <w:color w:val="626B7A"/>
                <w:sz w:val="16"/>
                <w:szCs w:val="16"/>
              </w:rPr>
              <w:t xml:space="preserve">※ </w:t>
            </w:r>
            <w:proofErr w:type="spellStart"/>
            <w:r w:rsidRPr="007E6820">
              <w:rPr>
                <w:rFonts w:ascii="맑은 고딕" w:eastAsia="맑은 고딕" w:hAnsi="맑은 고딕"/>
                <w:i/>
                <w:color w:val="626B7A"/>
                <w:sz w:val="16"/>
                <w:szCs w:val="16"/>
              </w:rPr>
              <w:t>수정하지</w:t>
            </w:r>
            <w:proofErr w:type="spellEnd"/>
            <w:r w:rsidRPr="007E6820">
              <w:rPr>
                <w:rFonts w:ascii="맑은 고딕" w:eastAsia="맑은 고딕" w:hAnsi="맑은 고딕"/>
                <w:i/>
                <w:color w:val="626B7A"/>
                <w:sz w:val="16"/>
                <w:szCs w:val="16"/>
              </w:rPr>
              <w:t xml:space="preserve"> </w:t>
            </w:r>
            <w:proofErr w:type="spellStart"/>
            <w:r w:rsidRPr="007E6820">
              <w:rPr>
                <w:rFonts w:ascii="맑은 고딕" w:eastAsia="맑은 고딕" w:hAnsi="맑은 고딕"/>
                <w:i/>
                <w:color w:val="626B7A"/>
                <w:sz w:val="16"/>
                <w:szCs w:val="16"/>
              </w:rPr>
              <w:t>마세요</w:t>
            </w:r>
            <w:proofErr w:type="spellEnd"/>
            <w:r w:rsidRPr="007E6820">
              <w:rPr>
                <w:rFonts w:ascii="맑은 고딕" w:eastAsia="맑은 고딕" w:hAnsi="맑은 고딕"/>
                <w:i/>
                <w:color w:val="626B7A"/>
                <w:sz w:val="16"/>
                <w:szCs w:val="16"/>
              </w:rPr>
              <w:t>.</w:t>
            </w:r>
          </w:p>
        </w:tc>
      </w:tr>
    </w:tbl>
    <w:p w14:paraId="0A92311D" w14:textId="77777777" w:rsidR="00D62A2A" w:rsidRPr="00F442DA" w:rsidRDefault="00000000">
      <w:pPr>
        <w:keepNext/>
        <w:pBdr>
          <w:bottom w:val="single" w:sz="10" w:space="3" w:color="00F05A"/>
        </w:pBdr>
        <w:spacing w:before="120" w:after="80"/>
        <w:rPr>
          <w:rFonts w:ascii="맑은 고딕" w:eastAsia="맑은 고딕" w:hAnsi="맑은 고딕"/>
        </w:rPr>
      </w:pPr>
      <w:r w:rsidRPr="00F442DA">
        <w:rPr>
          <w:rFonts w:ascii="맑은 고딕" w:eastAsia="맑은 고딕" w:hAnsi="맑은 고딕"/>
          <w:b/>
          <w:color w:val="0B1B52"/>
          <w:sz w:val="21"/>
        </w:rPr>
        <w:t xml:space="preserve">2. </w:t>
      </w:r>
      <w:proofErr w:type="spellStart"/>
      <w:r w:rsidRPr="00F442DA">
        <w:rPr>
          <w:rFonts w:ascii="맑은 고딕" w:eastAsia="맑은 고딕" w:hAnsi="맑은 고딕"/>
          <w:b/>
          <w:color w:val="0B1B52"/>
          <w:sz w:val="21"/>
        </w:rPr>
        <w:t>팀원</w:t>
      </w:r>
      <w:proofErr w:type="spellEnd"/>
      <w:r w:rsidRPr="00F442DA">
        <w:rPr>
          <w:rFonts w:ascii="맑은 고딕" w:eastAsia="맑은 고딕" w:hAnsi="맑은 고딕"/>
          <w:b/>
          <w:color w:val="0B1B52"/>
          <w:sz w:val="21"/>
        </w:rPr>
        <w:t xml:space="preserve"> </w:t>
      </w:r>
      <w:proofErr w:type="spellStart"/>
      <w:r w:rsidRPr="00F442DA">
        <w:rPr>
          <w:rFonts w:ascii="맑은 고딕" w:eastAsia="맑은 고딕" w:hAnsi="맑은 고딕"/>
          <w:b/>
          <w:color w:val="0B1B52"/>
          <w:sz w:val="21"/>
        </w:rPr>
        <w:t>정보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82"/>
        <w:gridCol w:w="1827"/>
        <w:gridCol w:w="1875"/>
        <w:gridCol w:w="2552"/>
        <w:gridCol w:w="3231"/>
      </w:tblGrid>
      <w:tr w:rsidR="004E5C94" w14:paraId="3ADDEF64" w14:textId="77777777" w:rsidTr="00ED570B">
        <w:trPr>
          <w:cantSplit/>
          <w:trHeight w:val="65"/>
          <w:tblHeader/>
          <w:jc w:val="center"/>
        </w:trPr>
        <w:tc>
          <w:tcPr>
            <w:tcW w:w="782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shd w:val="clear" w:color="auto" w:fill="0B1B52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2572E693" w14:textId="77777777" w:rsidR="004E5C94" w:rsidRPr="00F442DA" w:rsidRDefault="004E5C94">
            <w:pPr>
              <w:spacing w:after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proofErr w:type="spellStart"/>
            <w:r w:rsidRPr="00F442DA">
              <w:rPr>
                <w:rFonts w:ascii="맑은 고딕" w:eastAsia="맑은 고딕" w:hAnsi="맑은 고딕"/>
                <w:b/>
                <w:color w:val="FFFFFF"/>
                <w:sz w:val="16"/>
                <w:szCs w:val="16"/>
              </w:rPr>
              <w:t>구분</w:t>
            </w:r>
            <w:proofErr w:type="spellEnd"/>
          </w:p>
        </w:tc>
        <w:tc>
          <w:tcPr>
            <w:tcW w:w="1827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shd w:val="clear" w:color="auto" w:fill="0B1B52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4404625B" w14:textId="77777777" w:rsidR="004E5C94" w:rsidRPr="00F442DA" w:rsidRDefault="004E5C94">
            <w:pPr>
              <w:spacing w:after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proofErr w:type="spellStart"/>
            <w:r w:rsidRPr="00F442DA">
              <w:rPr>
                <w:rFonts w:ascii="맑은 고딕" w:eastAsia="맑은 고딕" w:hAnsi="맑은 고딕"/>
                <w:b/>
                <w:color w:val="FFFFFF"/>
                <w:sz w:val="16"/>
                <w:szCs w:val="16"/>
              </w:rPr>
              <w:t>성명</w:t>
            </w:r>
            <w:proofErr w:type="spellEnd"/>
            <w:r w:rsidRPr="00F442DA">
              <w:rPr>
                <w:rFonts w:ascii="맑은 고딕" w:eastAsia="맑은 고딕" w:hAnsi="맑은 고딕"/>
                <w:b/>
                <w:color w:val="FFFFFF"/>
                <w:sz w:val="16"/>
                <w:szCs w:val="16"/>
              </w:rPr>
              <w:t xml:space="preserve"> / </w:t>
            </w:r>
            <w:proofErr w:type="spellStart"/>
            <w:r w:rsidRPr="00F442DA">
              <w:rPr>
                <w:rFonts w:ascii="맑은 고딕" w:eastAsia="맑은 고딕" w:hAnsi="맑은 고딕"/>
                <w:b/>
                <w:color w:val="FFFFFF"/>
                <w:sz w:val="16"/>
                <w:szCs w:val="16"/>
              </w:rPr>
              <w:t>생년월일</w:t>
            </w:r>
            <w:proofErr w:type="spellEnd"/>
          </w:p>
        </w:tc>
        <w:tc>
          <w:tcPr>
            <w:tcW w:w="1875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shd w:val="clear" w:color="auto" w:fill="0B1B52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773E0570" w14:textId="77777777" w:rsidR="004E5C94" w:rsidRPr="00F442DA" w:rsidRDefault="004E5C94">
            <w:pPr>
              <w:spacing w:after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proofErr w:type="spellStart"/>
            <w:r w:rsidRPr="00F442DA">
              <w:rPr>
                <w:rFonts w:ascii="맑은 고딕" w:eastAsia="맑은 고딕" w:hAnsi="맑은 고딕"/>
                <w:b/>
                <w:color w:val="FFFFFF"/>
                <w:sz w:val="16"/>
                <w:szCs w:val="16"/>
              </w:rPr>
              <w:t>참가자</w:t>
            </w:r>
            <w:proofErr w:type="spellEnd"/>
            <w:r w:rsidRPr="00F442DA">
              <w:rPr>
                <w:rFonts w:ascii="맑은 고딕" w:eastAsia="맑은 고딕" w:hAnsi="맑은 고딕"/>
                <w:b/>
                <w:color w:val="FFFFFF"/>
                <w:sz w:val="16"/>
                <w:szCs w:val="16"/>
              </w:rPr>
              <w:t xml:space="preserve"> </w:t>
            </w:r>
            <w:proofErr w:type="spellStart"/>
            <w:r w:rsidRPr="00F442DA">
              <w:rPr>
                <w:rFonts w:ascii="맑은 고딕" w:eastAsia="맑은 고딕" w:hAnsi="맑은 고딕"/>
                <w:b/>
                <w:color w:val="FFFFFF"/>
                <w:sz w:val="16"/>
                <w:szCs w:val="16"/>
              </w:rPr>
              <w:t>유형·소속</w:t>
            </w:r>
            <w:proofErr w:type="spellEnd"/>
          </w:p>
        </w:tc>
        <w:tc>
          <w:tcPr>
            <w:tcW w:w="2552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shd w:val="clear" w:color="auto" w:fill="0B1B52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2163855D" w14:textId="15D4AB4B" w:rsidR="004E5C94" w:rsidRPr="00F442DA" w:rsidRDefault="004E5C94">
            <w:pPr>
              <w:spacing w:after="0"/>
              <w:jc w:val="center"/>
              <w:rPr>
                <w:rFonts w:ascii="맑은 고딕" w:eastAsia="맑은 고딕" w:hAnsi="맑은 고딕"/>
                <w:sz w:val="16"/>
                <w:szCs w:val="16"/>
                <w:lang w:eastAsia="ko-KR"/>
              </w:rPr>
            </w:pPr>
            <w:proofErr w:type="spellStart"/>
            <w:r w:rsidRPr="00F442DA">
              <w:rPr>
                <w:rFonts w:ascii="맑은 고딕" w:eastAsia="맑은 고딕" w:hAnsi="맑은 고딕"/>
                <w:b/>
                <w:color w:val="FFFFFF"/>
                <w:sz w:val="16"/>
                <w:szCs w:val="16"/>
              </w:rPr>
              <w:t>전공·</w:t>
            </w:r>
            <w:proofErr w:type="gramStart"/>
            <w:r w:rsidRPr="00F442DA">
              <w:rPr>
                <w:rFonts w:ascii="맑은 고딕" w:eastAsia="맑은 고딕" w:hAnsi="맑은 고딕"/>
                <w:b/>
                <w:color w:val="FFFFFF"/>
                <w:sz w:val="16"/>
                <w:szCs w:val="16"/>
              </w:rPr>
              <w:t>직</w:t>
            </w:r>
            <w:proofErr w:type="spellEnd"/>
            <w:r>
              <w:rPr>
                <w:rFonts w:ascii="맑은 고딕" w:eastAsia="맑은 고딕" w:hAnsi="맑은 고딕" w:hint="eastAsia"/>
                <w:b/>
                <w:color w:val="FFFFFF"/>
                <w:sz w:val="16"/>
                <w:szCs w:val="16"/>
                <w:lang w:eastAsia="ko-KR"/>
              </w:rPr>
              <w:t>무 /</w:t>
            </w:r>
            <w:proofErr w:type="gramEnd"/>
            <w:r>
              <w:rPr>
                <w:rFonts w:ascii="맑은 고딕" w:eastAsia="맑은 고딕" w:hAnsi="맑은 고딕" w:hint="eastAsia"/>
                <w:b/>
                <w:color w:val="FFFFFF"/>
                <w:sz w:val="16"/>
                <w:szCs w:val="16"/>
                <w:lang w:eastAsia="ko-KR"/>
              </w:rPr>
              <w:t xml:space="preserve"> 연락처</w:t>
            </w:r>
          </w:p>
        </w:tc>
        <w:tc>
          <w:tcPr>
            <w:tcW w:w="3231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shd w:val="clear" w:color="auto" w:fill="0B1B52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25A1099B" w14:textId="1D89798E" w:rsidR="004E5C94" w:rsidRPr="00F442DA" w:rsidRDefault="004E5C94" w:rsidP="00F442DA">
            <w:pPr>
              <w:spacing w:after="0"/>
              <w:jc w:val="center"/>
              <w:rPr>
                <w:rFonts w:ascii="맑은 고딕" w:eastAsia="맑은 고딕" w:hAnsi="맑은 고딕"/>
                <w:b/>
                <w:color w:val="FFFFFF"/>
                <w:sz w:val="16"/>
                <w:szCs w:val="16"/>
                <w:lang w:eastAsia="ko-KR"/>
              </w:rPr>
            </w:pPr>
            <w:proofErr w:type="spellStart"/>
            <w:r>
              <w:rPr>
                <w:rFonts w:ascii="맑은 고딕" w:eastAsia="맑은 고딕" w:hAnsi="맑은 고딕" w:hint="eastAsia"/>
                <w:b/>
                <w:color w:val="FFFFFF"/>
                <w:sz w:val="16"/>
                <w:szCs w:val="16"/>
                <w:lang w:eastAsia="ko-KR"/>
              </w:rPr>
              <w:t>Genspark</w:t>
            </w:r>
            <w:proofErr w:type="spellEnd"/>
            <w:r>
              <w:rPr>
                <w:rFonts w:ascii="맑은 고딕" w:eastAsia="맑은 고딕" w:hAnsi="맑은 고딕" w:hint="eastAsia"/>
                <w:b/>
                <w:color w:val="FFFFFF"/>
                <w:sz w:val="16"/>
                <w:szCs w:val="16"/>
                <w:lang w:eastAsia="ko-KR"/>
              </w:rPr>
              <w:t xml:space="preserve"> </w:t>
            </w:r>
            <w:r w:rsidRPr="00F442DA">
              <w:rPr>
                <w:rFonts w:ascii="맑은 고딕" w:eastAsia="맑은 고딕" w:hAnsi="맑은 고딕" w:hint="eastAsia"/>
                <w:b/>
                <w:color w:val="FFFFFF"/>
                <w:sz w:val="16"/>
                <w:szCs w:val="16"/>
                <w:lang w:eastAsia="ko-KR"/>
              </w:rPr>
              <w:t>가입 계정 이메일</w:t>
            </w:r>
          </w:p>
          <w:p w14:paraId="53673EB8" w14:textId="4390620E" w:rsidR="004E5C94" w:rsidRPr="00F442DA" w:rsidRDefault="004E5C94" w:rsidP="00F442DA">
            <w:pPr>
              <w:spacing w:after="0"/>
              <w:jc w:val="center"/>
              <w:rPr>
                <w:rFonts w:ascii="맑은 고딕" w:eastAsia="맑은 고딕" w:hAnsi="맑은 고딕"/>
                <w:b/>
                <w:color w:val="FFFFFF"/>
                <w:sz w:val="16"/>
                <w:szCs w:val="16"/>
                <w:lang w:eastAsia="ko-KR"/>
              </w:rPr>
            </w:pPr>
            <w:r w:rsidRPr="00F442DA">
              <w:rPr>
                <w:rFonts w:ascii="맑은 고딕" w:eastAsia="맑은 고딕" w:hAnsi="맑은 고딕" w:hint="eastAsia"/>
                <w:b/>
                <w:color w:val="FFFFFF"/>
                <w:sz w:val="16"/>
                <w:szCs w:val="16"/>
                <w:lang w:eastAsia="ko-KR"/>
              </w:rPr>
              <w:t>(크레딧 지급용)</w:t>
            </w:r>
          </w:p>
        </w:tc>
      </w:tr>
      <w:tr w:rsidR="004E5C94" w14:paraId="41061DC4" w14:textId="77777777" w:rsidTr="00ED570B">
        <w:trPr>
          <w:cantSplit/>
          <w:trHeight w:val="269"/>
          <w:jc w:val="center"/>
        </w:trPr>
        <w:tc>
          <w:tcPr>
            <w:tcW w:w="782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6F3591F0" w14:textId="77777777" w:rsidR="004E5C94" w:rsidRPr="00F442DA" w:rsidRDefault="004E5C94">
            <w:pPr>
              <w:spacing w:after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r w:rsidRPr="00F442DA">
              <w:rPr>
                <w:rFonts w:ascii="맑은 고딕" w:eastAsia="맑은 고딕" w:hAnsi="맑은 고딕"/>
                <w:b/>
                <w:color w:val="1F2633"/>
                <w:sz w:val="16"/>
                <w:szCs w:val="16"/>
              </w:rPr>
              <w:t>팀장</w:t>
            </w:r>
          </w:p>
        </w:tc>
        <w:tc>
          <w:tcPr>
            <w:tcW w:w="1827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752C9062" w14:textId="77777777" w:rsidR="004E5C94" w:rsidRPr="00F442DA" w:rsidRDefault="004E5C94">
            <w:pPr>
              <w:spacing w:after="0"/>
              <w:rPr>
                <w:rFonts w:ascii="맑은 고딕" w:eastAsia="맑은 고딕" w:hAnsi="맑은 고딕"/>
                <w:sz w:val="16"/>
                <w:szCs w:val="16"/>
              </w:rPr>
            </w:pPr>
            <w:proofErr w:type="spellStart"/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</w:rPr>
              <w:t>성명</w:t>
            </w:r>
            <w:proofErr w:type="spellEnd"/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</w:rPr>
              <w:t>:</w:t>
            </w:r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</w:rPr>
              <w:br/>
            </w:r>
            <w:proofErr w:type="spellStart"/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</w:rPr>
              <w:t>생년월일</w:t>
            </w:r>
            <w:proofErr w:type="spellEnd"/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</w:rPr>
              <w:t>:</w:t>
            </w:r>
          </w:p>
        </w:tc>
        <w:tc>
          <w:tcPr>
            <w:tcW w:w="1875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49ABE488" w14:textId="77777777" w:rsidR="004E5C94" w:rsidRPr="00F442DA" w:rsidRDefault="004E5C94">
            <w:pPr>
              <w:spacing w:after="0"/>
              <w:rPr>
                <w:rFonts w:ascii="맑은 고딕" w:eastAsia="맑은 고딕" w:hAnsi="맑은 고딕"/>
                <w:sz w:val="16"/>
                <w:szCs w:val="16"/>
                <w:lang w:eastAsia="ko-KR"/>
              </w:rPr>
            </w:pPr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  <w:lang w:eastAsia="ko-KR"/>
              </w:rPr>
              <w:t>□ 대학생</w:t>
            </w:r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  <w:lang w:eastAsia="ko-KR"/>
              </w:rPr>
              <w:br/>
              <w:t>□ 대학원생</w:t>
            </w:r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  <w:lang w:eastAsia="ko-KR"/>
              </w:rPr>
              <w:br/>
              <w:t>□ 청년기술인</w:t>
            </w:r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  <w:lang w:eastAsia="ko-KR"/>
              </w:rPr>
              <w:br/>
              <w:t>소속:</w:t>
            </w:r>
          </w:p>
        </w:tc>
        <w:tc>
          <w:tcPr>
            <w:tcW w:w="2552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6EB28553" w14:textId="77777777" w:rsidR="00ED570B" w:rsidRPr="004E5C94" w:rsidRDefault="00ED570B" w:rsidP="00ED570B">
            <w:pPr>
              <w:spacing w:after="0"/>
              <w:rPr>
                <w:rFonts w:ascii="맑은 고딕" w:eastAsia="맑은 고딕" w:hAnsi="맑은 고딕"/>
                <w:color w:val="9AA3AF"/>
                <w:sz w:val="16"/>
                <w:szCs w:val="16"/>
                <w:lang w:eastAsia="ko-KR"/>
              </w:rPr>
            </w:pPr>
            <w:r w:rsidRPr="004E5C94">
              <w:rPr>
                <w:rFonts w:ascii="맑은 고딕" w:eastAsia="맑은 고딕" w:hAnsi="맑은 고딕" w:hint="eastAsia"/>
                <w:color w:val="9AA3AF"/>
                <w:sz w:val="16"/>
                <w:szCs w:val="16"/>
                <w:lang w:eastAsia="ko-KR"/>
              </w:rPr>
              <w:t>전공</w:t>
            </w:r>
            <w:r w:rsidRPr="004E5C94">
              <w:rPr>
                <w:rFonts w:ascii="맑은 고딕" w:eastAsia="맑은 고딕" w:hAnsi="맑은 고딕" w:hint="cs"/>
                <w:color w:val="9AA3AF"/>
                <w:sz w:val="16"/>
                <w:szCs w:val="16"/>
                <w:lang w:eastAsia="ko-KR"/>
              </w:rPr>
              <w:t>·</w:t>
            </w:r>
            <w:r w:rsidRPr="004E5C94">
              <w:rPr>
                <w:rFonts w:ascii="맑은 고딕" w:eastAsia="맑은 고딕" w:hAnsi="맑은 고딕" w:hint="eastAsia"/>
                <w:color w:val="9AA3AF"/>
                <w:sz w:val="16"/>
                <w:szCs w:val="16"/>
                <w:lang w:eastAsia="ko-KR"/>
              </w:rPr>
              <w:t>직무</w:t>
            </w:r>
            <w:r w:rsidRPr="004E5C94">
              <w:rPr>
                <w:rFonts w:ascii="맑은 고딕" w:eastAsia="맑은 고딕" w:hAnsi="맑은 고딕"/>
                <w:color w:val="9AA3AF"/>
                <w:sz w:val="16"/>
                <w:szCs w:val="16"/>
                <w:lang w:eastAsia="ko-KR"/>
              </w:rPr>
              <w:t>: ___________________</w:t>
            </w:r>
          </w:p>
          <w:p w14:paraId="626B02A8" w14:textId="064B55FF" w:rsidR="004E5C94" w:rsidRPr="004E5C94" w:rsidRDefault="00ED570B" w:rsidP="00ED570B">
            <w:pPr>
              <w:spacing w:after="0"/>
              <w:rPr>
                <w:rFonts w:ascii="맑은 고딕" w:eastAsia="맑은 고딕" w:hAnsi="맑은 고딕"/>
                <w:color w:val="9AA3AF"/>
                <w:sz w:val="16"/>
                <w:szCs w:val="16"/>
                <w:lang w:eastAsia="ko-KR"/>
              </w:rPr>
            </w:pPr>
            <w:r w:rsidRPr="004E5C94">
              <w:rPr>
                <w:rFonts w:ascii="맑은 고딕" w:eastAsia="맑은 고딕" w:hAnsi="맑은 고딕" w:hint="eastAsia"/>
                <w:color w:val="9AA3AF"/>
                <w:sz w:val="16"/>
                <w:szCs w:val="16"/>
                <w:lang w:eastAsia="ko-KR"/>
              </w:rPr>
              <w:t>연락처</w:t>
            </w:r>
            <w:r w:rsidRPr="004E5C94">
              <w:rPr>
                <w:rFonts w:ascii="맑은 고딕" w:eastAsia="맑은 고딕" w:hAnsi="맑은 고딕"/>
                <w:color w:val="9AA3AF"/>
                <w:sz w:val="16"/>
                <w:szCs w:val="16"/>
                <w:lang w:eastAsia="ko-KR"/>
              </w:rPr>
              <w:t>:</w:t>
            </w:r>
            <w:r w:rsidR="006222AD">
              <w:rPr>
                <w:rFonts w:ascii="맑은 고딕" w:eastAsia="맑은 고딕" w:hAnsi="맑은 고딕" w:hint="eastAsia"/>
                <w:color w:val="9AA3AF"/>
                <w:sz w:val="16"/>
                <w:szCs w:val="16"/>
                <w:lang w:eastAsia="ko-KR"/>
              </w:rPr>
              <w:t xml:space="preserve"> </w:t>
            </w:r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  <w:szCs w:val="16"/>
              </w:rPr>
              <w:t>010-0000-0000</w:t>
            </w:r>
          </w:p>
        </w:tc>
        <w:tc>
          <w:tcPr>
            <w:tcW w:w="3231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1F9231E5" w14:textId="24315090" w:rsidR="004E5C94" w:rsidRPr="00F442DA" w:rsidRDefault="004E5C94" w:rsidP="00F442DA">
            <w:pPr>
              <w:spacing w:after="0"/>
              <w:rPr>
                <w:rFonts w:ascii="맑은 고딕" w:eastAsia="맑은 고딕" w:hAnsi="맑은 고딕" w:cs="맑은 고딕"/>
                <w:color w:val="9AA3AF"/>
                <w:sz w:val="16"/>
                <w:szCs w:val="16"/>
                <w:lang w:eastAsia="ko-KR"/>
              </w:rPr>
            </w:pPr>
            <w:r w:rsidRPr="00F442DA">
              <w:rPr>
                <w:rFonts w:ascii="맑은 고딕" w:eastAsia="맑은 고딕" w:hAnsi="맑은 고딕" w:cs="맑은 고딕"/>
                <w:color w:val="9AA3AF"/>
                <w:sz w:val="16"/>
                <w:szCs w:val="16"/>
                <w:lang w:eastAsia="ko-KR"/>
              </w:rPr>
              <w:t>가입 여부: □ 가입 완료</w:t>
            </w:r>
          </w:p>
          <w:p w14:paraId="62F08AB5" w14:textId="7BBABEA8" w:rsidR="004E5C94" w:rsidRPr="00F442DA" w:rsidRDefault="004E5C94">
            <w:pPr>
              <w:spacing w:after="0"/>
              <w:rPr>
                <w:rFonts w:ascii="맑은 고딕" w:eastAsia="맑은 고딕" w:hAnsi="맑은 고딕" w:cs="맑은 고딕"/>
                <w:color w:val="9AA3AF"/>
                <w:sz w:val="16"/>
                <w:szCs w:val="16"/>
                <w:lang w:eastAsia="ko-KR"/>
              </w:rPr>
            </w:pPr>
            <w:r w:rsidRPr="00F442DA">
              <w:rPr>
                <w:rFonts w:ascii="맑은 고딕" w:eastAsia="맑은 고딕" w:hAnsi="맑은 고딕" w:cs="맑은 고딕"/>
                <w:color w:val="9AA3AF"/>
                <w:sz w:val="16"/>
                <w:szCs w:val="16"/>
                <w:lang w:eastAsia="ko-KR"/>
              </w:rPr>
              <w:t>계정 이메일: __________________________</w:t>
            </w:r>
            <w:r w:rsidRPr="004E5C94">
              <w:rPr>
                <w:rFonts w:ascii="맑은 고딕" w:eastAsia="맑은 고딕" w:hAnsi="맑은 고딕"/>
                <w:color w:val="9AA3AF"/>
                <w:sz w:val="16"/>
                <w:szCs w:val="16"/>
                <w:lang w:eastAsia="ko-KR"/>
              </w:rPr>
              <w:t>_____________</w:t>
            </w:r>
          </w:p>
        </w:tc>
      </w:tr>
      <w:tr w:rsidR="00ED570B" w14:paraId="3A073FD9" w14:textId="77777777" w:rsidTr="00ED570B">
        <w:trPr>
          <w:cantSplit/>
          <w:trHeight w:val="268"/>
          <w:jc w:val="center"/>
        </w:trPr>
        <w:tc>
          <w:tcPr>
            <w:tcW w:w="782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22B0C424" w14:textId="34301AE4" w:rsidR="00ED570B" w:rsidRPr="00F442DA" w:rsidRDefault="00ED570B" w:rsidP="00ED570B">
            <w:pPr>
              <w:spacing w:after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r w:rsidRPr="00F442DA">
              <w:rPr>
                <w:rFonts w:ascii="맑은 고딕" w:eastAsia="맑은 고딕" w:hAnsi="맑은 고딕"/>
                <w:color w:val="1F2633"/>
                <w:sz w:val="16"/>
                <w:szCs w:val="16"/>
              </w:rPr>
              <w:t>팀원1</w:t>
            </w:r>
          </w:p>
        </w:tc>
        <w:tc>
          <w:tcPr>
            <w:tcW w:w="1827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72616E0B" w14:textId="77777777" w:rsidR="00ED570B" w:rsidRPr="00F442DA" w:rsidRDefault="00ED570B" w:rsidP="00ED570B">
            <w:pPr>
              <w:spacing w:after="0"/>
              <w:rPr>
                <w:rFonts w:ascii="맑은 고딕" w:eastAsia="맑은 고딕" w:hAnsi="맑은 고딕"/>
                <w:sz w:val="16"/>
                <w:szCs w:val="16"/>
              </w:rPr>
            </w:pPr>
            <w:proofErr w:type="spellStart"/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</w:rPr>
              <w:t>성명</w:t>
            </w:r>
            <w:proofErr w:type="spellEnd"/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</w:rPr>
              <w:t>:</w:t>
            </w:r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</w:rPr>
              <w:br/>
            </w:r>
            <w:proofErr w:type="spellStart"/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</w:rPr>
              <w:t>생년월일</w:t>
            </w:r>
            <w:proofErr w:type="spellEnd"/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</w:rPr>
              <w:t>:</w:t>
            </w:r>
          </w:p>
        </w:tc>
        <w:tc>
          <w:tcPr>
            <w:tcW w:w="1875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1EC79B74" w14:textId="77777777" w:rsidR="00ED570B" w:rsidRPr="00F442DA" w:rsidRDefault="00ED570B" w:rsidP="00ED570B">
            <w:pPr>
              <w:spacing w:after="0"/>
              <w:rPr>
                <w:rFonts w:ascii="맑은 고딕" w:eastAsia="맑은 고딕" w:hAnsi="맑은 고딕"/>
                <w:sz w:val="16"/>
                <w:szCs w:val="16"/>
                <w:lang w:eastAsia="ko-KR"/>
              </w:rPr>
            </w:pPr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  <w:lang w:eastAsia="ko-KR"/>
              </w:rPr>
              <w:t>□ 대학생</w:t>
            </w:r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  <w:lang w:eastAsia="ko-KR"/>
              </w:rPr>
              <w:br/>
              <w:t>□ 대학원생</w:t>
            </w:r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  <w:lang w:eastAsia="ko-KR"/>
              </w:rPr>
              <w:br/>
              <w:t>□ 청년기술인</w:t>
            </w:r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  <w:lang w:eastAsia="ko-KR"/>
              </w:rPr>
              <w:br/>
              <w:t>소속:</w:t>
            </w:r>
          </w:p>
        </w:tc>
        <w:tc>
          <w:tcPr>
            <w:tcW w:w="2552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168188D9" w14:textId="77777777" w:rsidR="00ED570B" w:rsidRPr="004E5C94" w:rsidRDefault="00ED570B" w:rsidP="00ED570B">
            <w:pPr>
              <w:spacing w:after="0"/>
              <w:rPr>
                <w:rFonts w:ascii="맑은 고딕" w:eastAsia="맑은 고딕" w:hAnsi="맑은 고딕"/>
                <w:color w:val="9AA3AF"/>
                <w:sz w:val="16"/>
                <w:szCs w:val="16"/>
                <w:lang w:eastAsia="ko-KR"/>
              </w:rPr>
            </w:pPr>
            <w:r w:rsidRPr="004E5C94">
              <w:rPr>
                <w:rFonts w:ascii="맑은 고딕" w:eastAsia="맑은 고딕" w:hAnsi="맑은 고딕" w:hint="eastAsia"/>
                <w:color w:val="9AA3AF"/>
                <w:sz w:val="16"/>
                <w:szCs w:val="16"/>
                <w:lang w:eastAsia="ko-KR"/>
              </w:rPr>
              <w:t>전공</w:t>
            </w:r>
            <w:r w:rsidRPr="004E5C94">
              <w:rPr>
                <w:rFonts w:ascii="맑은 고딕" w:eastAsia="맑은 고딕" w:hAnsi="맑은 고딕" w:hint="cs"/>
                <w:color w:val="9AA3AF"/>
                <w:sz w:val="16"/>
                <w:szCs w:val="16"/>
                <w:lang w:eastAsia="ko-KR"/>
              </w:rPr>
              <w:t>·</w:t>
            </w:r>
            <w:r w:rsidRPr="004E5C94">
              <w:rPr>
                <w:rFonts w:ascii="맑은 고딕" w:eastAsia="맑은 고딕" w:hAnsi="맑은 고딕" w:hint="eastAsia"/>
                <w:color w:val="9AA3AF"/>
                <w:sz w:val="16"/>
                <w:szCs w:val="16"/>
                <w:lang w:eastAsia="ko-KR"/>
              </w:rPr>
              <w:t>직무</w:t>
            </w:r>
            <w:r w:rsidRPr="004E5C94">
              <w:rPr>
                <w:rFonts w:ascii="맑은 고딕" w:eastAsia="맑은 고딕" w:hAnsi="맑은 고딕"/>
                <w:color w:val="9AA3AF"/>
                <w:sz w:val="16"/>
                <w:szCs w:val="16"/>
                <w:lang w:eastAsia="ko-KR"/>
              </w:rPr>
              <w:t>: ___________________</w:t>
            </w:r>
          </w:p>
          <w:p w14:paraId="6AA36391" w14:textId="046112A7" w:rsidR="00ED570B" w:rsidRPr="006222AD" w:rsidRDefault="00ED570B" w:rsidP="00ED570B">
            <w:pPr>
              <w:spacing w:after="0"/>
              <w:rPr>
                <w:rFonts w:ascii="맑은 고딕" w:eastAsia="맑은 고딕" w:hAnsi="맑은 고딕"/>
                <w:color w:val="9AA3AF"/>
                <w:sz w:val="16"/>
                <w:szCs w:val="16"/>
                <w:lang w:eastAsia="ko-KR"/>
              </w:rPr>
            </w:pPr>
            <w:r w:rsidRPr="004E5C94">
              <w:rPr>
                <w:rFonts w:ascii="맑은 고딕" w:eastAsia="맑은 고딕" w:hAnsi="맑은 고딕" w:hint="eastAsia"/>
                <w:color w:val="9AA3AF"/>
                <w:sz w:val="16"/>
                <w:szCs w:val="16"/>
                <w:lang w:eastAsia="ko-KR"/>
              </w:rPr>
              <w:t>연락처</w:t>
            </w:r>
            <w:r w:rsidRPr="004E5C94">
              <w:rPr>
                <w:rFonts w:ascii="맑은 고딕" w:eastAsia="맑은 고딕" w:hAnsi="맑은 고딕"/>
                <w:color w:val="9AA3AF"/>
                <w:sz w:val="16"/>
                <w:szCs w:val="16"/>
                <w:lang w:eastAsia="ko-KR"/>
              </w:rPr>
              <w:t>:</w:t>
            </w:r>
            <w:r w:rsidR="006222AD">
              <w:rPr>
                <w:rFonts w:ascii="맑은 고딕" w:eastAsia="맑은 고딕" w:hAnsi="맑은 고딕" w:hint="eastAsia"/>
                <w:color w:val="9AA3AF"/>
                <w:sz w:val="16"/>
                <w:szCs w:val="16"/>
                <w:lang w:eastAsia="ko-KR"/>
              </w:rPr>
              <w:t xml:space="preserve"> </w:t>
            </w:r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  <w:szCs w:val="16"/>
              </w:rPr>
              <w:t>010-0000-0000</w:t>
            </w:r>
          </w:p>
        </w:tc>
        <w:tc>
          <w:tcPr>
            <w:tcW w:w="3231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50E9BA9A" w14:textId="77777777" w:rsidR="00ED570B" w:rsidRPr="00F442DA" w:rsidRDefault="00ED570B" w:rsidP="00ED570B">
            <w:pPr>
              <w:spacing w:after="0"/>
              <w:rPr>
                <w:rFonts w:ascii="맑은 고딕" w:eastAsia="맑은 고딕" w:hAnsi="맑은 고딕" w:cs="맑은 고딕"/>
                <w:color w:val="9AA3AF"/>
                <w:sz w:val="16"/>
                <w:szCs w:val="16"/>
                <w:lang w:eastAsia="ko-KR"/>
              </w:rPr>
            </w:pPr>
            <w:r w:rsidRPr="00F442DA">
              <w:rPr>
                <w:rFonts w:ascii="맑은 고딕" w:eastAsia="맑은 고딕" w:hAnsi="맑은 고딕" w:cs="맑은 고딕"/>
                <w:color w:val="9AA3AF"/>
                <w:sz w:val="16"/>
                <w:szCs w:val="16"/>
                <w:lang w:eastAsia="ko-KR"/>
              </w:rPr>
              <w:t>가입 여부: □ 가입 완료</w:t>
            </w:r>
          </w:p>
          <w:p w14:paraId="516F6875" w14:textId="31A884CE" w:rsidR="00ED570B" w:rsidRPr="00F442DA" w:rsidRDefault="00ED570B" w:rsidP="00ED570B">
            <w:pPr>
              <w:spacing w:after="0"/>
              <w:rPr>
                <w:rFonts w:ascii="맑은 고딕" w:eastAsia="맑은 고딕" w:hAnsi="맑은 고딕"/>
                <w:sz w:val="16"/>
                <w:szCs w:val="16"/>
                <w:lang w:eastAsia="ko-KR"/>
              </w:rPr>
            </w:pPr>
            <w:r w:rsidRPr="00F442DA">
              <w:rPr>
                <w:rFonts w:ascii="맑은 고딕" w:eastAsia="맑은 고딕" w:hAnsi="맑은 고딕" w:cs="맑은 고딕"/>
                <w:color w:val="9AA3AF"/>
                <w:sz w:val="16"/>
                <w:szCs w:val="16"/>
                <w:lang w:eastAsia="ko-KR"/>
              </w:rPr>
              <w:t>계정 이메일: __________________________</w:t>
            </w:r>
            <w:r w:rsidRPr="004E5C94">
              <w:rPr>
                <w:rFonts w:ascii="맑은 고딕" w:eastAsia="맑은 고딕" w:hAnsi="맑은 고딕"/>
                <w:color w:val="9AA3AF"/>
                <w:sz w:val="16"/>
                <w:szCs w:val="16"/>
                <w:lang w:eastAsia="ko-KR"/>
              </w:rPr>
              <w:t>_____________</w:t>
            </w:r>
          </w:p>
        </w:tc>
      </w:tr>
      <w:tr w:rsidR="00ED570B" w14:paraId="3D2AAB8E" w14:textId="77777777" w:rsidTr="00ED570B">
        <w:trPr>
          <w:cantSplit/>
          <w:trHeight w:val="269"/>
          <w:jc w:val="center"/>
        </w:trPr>
        <w:tc>
          <w:tcPr>
            <w:tcW w:w="782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43293E86" w14:textId="34847E03" w:rsidR="00ED570B" w:rsidRPr="00F442DA" w:rsidRDefault="00ED570B" w:rsidP="00ED570B">
            <w:pPr>
              <w:spacing w:after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r w:rsidRPr="00F442DA">
              <w:rPr>
                <w:rFonts w:ascii="맑은 고딕" w:eastAsia="맑은 고딕" w:hAnsi="맑은 고딕"/>
                <w:color w:val="1F2633"/>
                <w:sz w:val="16"/>
                <w:szCs w:val="16"/>
              </w:rPr>
              <w:t>팀원2</w:t>
            </w:r>
          </w:p>
        </w:tc>
        <w:tc>
          <w:tcPr>
            <w:tcW w:w="1827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20507A97" w14:textId="77777777" w:rsidR="00ED570B" w:rsidRPr="00F442DA" w:rsidRDefault="00ED570B" w:rsidP="00ED570B">
            <w:pPr>
              <w:spacing w:after="0"/>
              <w:rPr>
                <w:rFonts w:ascii="맑은 고딕" w:eastAsia="맑은 고딕" w:hAnsi="맑은 고딕"/>
                <w:sz w:val="16"/>
                <w:szCs w:val="16"/>
              </w:rPr>
            </w:pPr>
            <w:proofErr w:type="spellStart"/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</w:rPr>
              <w:t>성명</w:t>
            </w:r>
            <w:proofErr w:type="spellEnd"/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</w:rPr>
              <w:t>:</w:t>
            </w:r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</w:rPr>
              <w:br/>
            </w:r>
            <w:proofErr w:type="spellStart"/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</w:rPr>
              <w:t>생년월일</w:t>
            </w:r>
            <w:proofErr w:type="spellEnd"/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</w:rPr>
              <w:t>:</w:t>
            </w:r>
          </w:p>
        </w:tc>
        <w:tc>
          <w:tcPr>
            <w:tcW w:w="1875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4A7BB983" w14:textId="77777777" w:rsidR="00ED570B" w:rsidRPr="00F442DA" w:rsidRDefault="00ED570B" w:rsidP="00ED570B">
            <w:pPr>
              <w:spacing w:after="0"/>
              <w:rPr>
                <w:rFonts w:ascii="맑은 고딕" w:eastAsia="맑은 고딕" w:hAnsi="맑은 고딕"/>
                <w:sz w:val="16"/>
                <w:szCs w:val="16"/>
                <w:lang w:eastAsia="ko-KR"/>
              </w:rPr>
            </w:pPr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  <w:lang w:eastAsia="ko-KR"/>
              </w:rPr>
              <w:t>□ 대학생</w:t>
            </w:r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  <w:lang w:eastAsia="ko-KR"/>
              </w:rPr>
              <w:br/>
              <w:t>□ 대학원생</w:t>
            </w:r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  <w:lang w:eastAsia="ko-KR"/>
              </w:rPr>
              <w:br/>
              <w:t>□ 청년기술인</w:t>
            </w:r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  <w:lang w:eastAsia="ko-KR"/>
              </w:rPr>
              <w:br/>
              <w:t>소속:</w:t>
            </w:r>
          </w:p>
        </w:tc>
        <w:tc>
          <w:tcPr>
            <w:tcW w:w="2552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2FE95CA3" w14:textId="77777777" w:rsidR="00ED570B" w:rsidRPr="004E5C94" w:rsidRDefault="00ED570B" w:rsidP="00ED570B">
            <w:pPr>
              <w:spacing w:after="0"/>
              <w:rPr>
                <w:rFonts w:ascii="맑은 고딕" w:eastAsia="맑은 고딕" w:hAnsi="맑은 고딕"/>
                <w:color w:val="9AA3AF"/>
                <w:sz w:val="16"/>
                <w:szCs w:val="16"/>
                <w:lang w:eastAsia="ko-KR"/>
              </w:rPr>
            </w:pPr>
            <w:r w:rsidRPr="004E5C94">
              <w:rPr>
                <w:rFonts w:ascii="맑은 고딕" w:eastAsia="맑은 고딕" w:hAnsi="맑은 고딕" w:hint="eastAsia"/>
                <w:color w:val="9AA3AF"/>
                <w:sz w:val="16"/>
                <w:szCs w:val="16"/>
                <w:lang w:eastAsia="ko-KR"/>
              </w:rPr>
              <w:t>전공</w:t>
            </w:r>
            <w:r w:rsidRPr="004E5C94">
              <w:rPr>
                <w:rFonts w:ascii="맑은 고딕" w:eastAsia="맑은 고딕" w:hAnsi="맑은 고딕" w:hint="cs"/>
                <w:color w:val="9AA3AF"/>
                <w:sz w:val="16"/>
                <w:szCs w:val="16"/>
                <w:lang w:eastAsia="ko-KR"/>
              </w:rPr>
              <w:t>·</w:t>
            </w:r>
            <w:r w:rsidRPr="004E5C94">
              <w:rPr>
                <w:rFonts w:ascii="맑은 고딕" w:eastAsia="맑은 고딕" w:hAnsi="맑은 고딕" w:hint="eastAsia"/>
                <w:color w:val="9AA3AF"/>
                <w:sz w:val="16"/>
                <w:szCs w:val="16"/>
                <w:lang w:eastAsia="ko-KR"/>
              </w:rPr>
              <w:t>직무</w:t>
            </w:r>
            <w:r w:rsidRPr="004E5C94">
              <w:rPr>
                <w:rFonts w:ascii="맑은 고딕" w:eastAsia="맑은 고딕" w:hAnsi="맑은 고딕"/>
                <w:color w:val="9AA3AF"/>
                <w:sz w:val="16"/>
                <w:szCs w:val="16"/>
                <w:lang w:eastAsia="ko-KR"/>
              </w:rPr>
              <w:t>: ___________________</w:t>
            </w:r>
          </w:p>
          <w:p w14:paraId="0788BB72" w14:textId="18E9FC5E" w:rsidR="00ED570B" w:rsidRPr="006222AD" w:rsidRDefault="00ED570B" w:rsidP="00ED570B">
            <w:pPr>
              <w:spacing w:after="0"/>
              <w:rPr>
                <w:rFonts w:ascii="맑은 고딕" w:eastAsia="맑은 고딕" w:hAnsi="맑은 고딕"/>
                <w:color w:val="9AA3AF"/>
                <w:sz w:val="16"/>
                <w:szCs w:val="16"/>
                <w:lang w:eastAsia="ko-KR"/>
              </w:rPr>
            </w:pPr>
            <w:r w:rsidRPr="004E5C94">
              <w:rPr>
                <w:rFonts w:ascii="맑은 고딕" w:eastAsia="맑은 고딕" w:hAnsi="맑은 고딕" w:hint="eastAsia"/>
                <w:color w:val="9AA3AF"/>
                <w:sz w:val="16"/>
                <w:szCs w:val="16"/>
                <w:lang w:eastAsia="ko-KR"/>
              </w:rPr>
              <w:t>연락처</w:t>
            </w:r>
            <w:r w:rsidRPr="004E5C94">
              <w:rPr>
                <w:rFonts w:ascii="맑은 고딕" w:eastAsia="맑은 고딕" w:hAnsi="맑은 고딕"/>
                <w:color w:val="9AA3AF"/>
                <w:sz w:val="16"/>
                <w:szCs w:val="16"/>
                <w:lang w:eastAsia="ko-KR"/>
              </w:rPr>
              <w:t>:</w:t>
            </w:r>
            <w:r w:rsidR="006222AD">
              <w:rPr>
                <w:rFonts w:ascii="맑은 고딕" w:eastAsia="맑은 고딕" w:hAnsi="맑은 고딕" w:hint="eastAsia"/>
                <w:color w:val="9AA3AF"/>
                <w:sz w:val="16"/>
                <w:szCs w:val="16"/>
                <w:lang w:eastAsia="ko-KR"/>
              </w:rPr>
              <w:t xml:space="preserve"> </w:t>
            </w:r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  <w:szCs w:val="16"/>
              </w:rPr>
              <w:t>010-0000-0000</w:t>
            </w:r>
          </w:p>
        </w:tc>
        <w:tc>
          <w:tcPr>
            <w:tcW w:w="3231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59DCFD5D" w14:textId="77777777" w:rsidR="00ED570B" w:rsidRPr="00F442DA" w:rsidRDefault="00ED570B" w:rsidP="00ED570B">
            <w:pPr>
              <w:spacing w:after="0"/>
              <w:rPr>
                <w:rFonts w:ascii="맑은 고딕" w:eastAsia="맑은 고딕" w:hAnsi="맑은 고딕" w:cs="맑은 고딕"/>
                <w:color w:val="9AA3AF"/>
                <w:sz w:val="16"/>
                <w:szCs w:val="16"/>
                <w:lang w:eastAsia="ko-KR"/>
              </w:rPr>
            </w:pPr>
            <w:r w:rsidRPr="00F442DA">
              <w:rPr>
                <w:rFonts w:ascii="맑은 고딕" w:eastAsia="맑은 고딕" w:hAnsi="맑은 고딕" w:cs="맑은 고딕"/>
                <w:color w:val="9AA3AF"/>
                <w:sz w:val="16"/>
                <w:szCs w:val="16"/>
                <w:lang w:eastAsia="ko-KR"/>
              </w:rPr>
              <w:t>가입 여부: □ 가입 완료</w:t>
            </w:r>
          </w:p>
          <w:p w14:paraId="44E9172B" w14:textId="0DF0C01D" w:rsidR="00ED570B" w:rsidRPr="00F442DA" w:rsidRDefault="00ED570B" w:rsidP="00ED570B">
            <w:pPr>
              <w:spacing w:after="0"/>
              <w:rPr>
                <w:rFonts w:ascii="맑은 고딕" w:eastAsia="맑은 고딕" w:hAnsi="맑은 고딕"/>
                <w:sz w:val="16"/>
                <w:szCs w:val="16"/>
                <w:lang w:eastAsia="ko-KR"/>
              </w:rPr>
            </w:pPr>
            <w:r w:rsidRPr="00F442DA">
              <w:rPr>
                <w:rFonts w:ascii="맑은 고딕" w:eastAsia="맑은 고딕" w:hAnsi="맑은 고딕" w:cs="맑은 고딕"/>
                <w:color w:val="9AA3AF"/>
                <w:sz w:val="16"/>
                <w:szCs w:val="16"/>
                <w:lang w:eastAsia="ko-KR"/>
              </w:rPr>
              <w:t>계정 이메일: __________________________</w:t>
            </w:r>
            <w:r w:rsidRPr="004E5C94">
              <w:rPr>
                <w:rFonts w:ascii="맑은 고딕" w:eastAsia="맑은 고딕" w:hAnsi="맑은 고딕"/>
                <w:color w:val="9AA3AF"/>
                <w:sz w:val="16"/>
                <w:szCs w:val="16"/>
                <w:lang w:eastAsia="ko-KR"/>
              </w:rPr>
              <w:t>_____________</w:t>
            </w:r>
          </w:p>
        </w:tc>
      </w:tr>
      <w:tr w:rsidR="00ED570B" w14:paraId="073E97C0" w14:textId="77777777" w:rsidTr="00ED570B">
        <w:trPr>
          <w:cantSplit/>
          <w:trHeight w:val="269"/>
          <w:jc w:val="center"/>
        </w:trPr>
        <w:tc>
          <w:tcPr>
            <w:tcW w:w="782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290445BF" w14:textId="59E3031E" w:rsidR="00ED570B" w:rsidRPr="00F442DA" w:rsidRDefault="00ED570B" w:rsidP="00ED570B">
            <w:pPr>
              <w:spacing w:after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r w:rsidRPr="00F442DA">
              <w:rPr>
                <w:rFonts w:ascii="맑은 고딕" w:eastAsia="맑은 고딕" w:hAnsi="맑은 고딕"/>
                <w:color w:val="1F2633"/>
                <w:sz w:val="16"/>
                <w:szCs w:val="16"/>
              </w:rPr>
              <w:t>팀원3</w:t>
            </w:r>
          </w:p>
        </w:tc>
        <w:tc>
          <w:tcPr>
            <w:tcW w:w="1827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23F47E17" w14:textId="77777777" w:rsidR="00ED570B" w:rsidRPr="00F442DA" w:rsidRDefault="00ED570B" w:rsidP="00ED570B">
            <w:pPr>
              <w:spacing w:after="0"/>
              <w:rPr>
                <w:rFonts w:ascii="맑은 고딕" w:eastAsia="맑은 고딕" w:hAnsi="맑은 고딕"/>
                <w:sz w:val="16"/>
                <w:szCs w:val="16"/>
              </w:rPr>
            </w:pPr>
            <w:proofErr w:type="spellStart"/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</w:rPr>
              <w:t>성명</w:t>
            </w:r>
            <w:proofErr w:type="spellEnd"/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</w:rPr>
              <w:t>:</w:t>
            </w:r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</w:rPr>
              <w:br/>
            </w:r>
            <w:proofErr w:type="spellStart"/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</w:rPr>
              <w:t>생년월일</w:t>
            </w:r>
            <w:proofErr w:type="spellEnd"/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</w:rPr>
              <w:t>:</w:t>
            </w:r>
          </w:p>
        </w:tc>
        <w:tc>
          <w:tcPr>
            <w:tcW w:w="1875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7595F9B1" w14:textId="77777777" w:rsidR="00ED570B" w:rsidRPr="00F442DA" w:rsidRDefault="00ED570B" w:rsidP="00ED570B">
            <w:pPr>
              <w:spacing w:after="0"/>
              <w:rPr>
                <w:rFonts w:ascii="맑은 고딕" w:eastAsia="맑은 고딕" w:hAnsi="맑은 고딕"/>
                <w:sz w:val="16"/>
                <w:szCs w:val="16"/>
                <w:lang w:eastAsia="ko-KR"/>
              </w:rPr>
            </w:pPr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  <w:lang w:eastAsia="ko-KR"/>
              </w:rPr>
              <w:t>□ 대학생</w:t>
            </w:r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  <w:lang w:eastAsia="ko-KR"/>
              </w:rPr>
              <w:br/>
              <w:t>□ 대학원생</w:t>
            </w:r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  <w:lang w:eastAsia="ko-KR"/>
              </w:rPr>
              <w:br/>
              <w:t>□ 청년기술인</w:t>
            </w:r>
            <w:r w:rsidRPr="00F442DA">
              <w:rPr>
                <w:rFonts w:ascii="맑은 고딕" w:eastAsia="맑은 고딕" w:hAnsi="맑은 고딕"/>
                <w:color w:val="626B7A"/>
                <w:sz w:val="16"/>
                <w:szCs w:val="16"/>
                <w:lang w:eastAsia="ko-KR"/>
              </w:rPr>
              <w:br/>
              <w:t>소속:</w:t>
            </w:r>
          </w:p>
        </w:tc>
        <w:tc>
          <w:tcPr>
            <w:tcW w:w="2552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0E63EC6C" w14:textId="3474E4AC" w:rsidR="00ED570B" w:rsidRPr="004E5C94" w:rsidRDefault="00ED570B" w:rsidP="00ED570B">
            <w:pPr>
              <w:spacing w:after="0"/>
              <w:rPr>
                <w:rFonts w:ascii="맑은 고딕" w:eastAsia="맑은 고딕" w:hAnsi="맑은 고딕"/>
                <w:color w:val="9AA3AF"/>
                <w:sz w:val="16"/>
                <w:szCs w:val="16"/>
                <w:lang w:eastAsia="ko-KR"/>
              </w:rPr>
            </w:pPr>
            <w:r w:rsidRPr="004E5C94">
              <w:rPr>
                <w:rFonts w:ascii="맑은 고딕" w:eastAsia="맑은 고딕" w:hAnsi="맑은 고딕" w:hint="eastAsia"/>
                <w:color w:val="9AA3AF"/>
                <w:sz w:val="16"/>
                <w:szCs w:val="16"/>
                <w:lang w:eastAsia="ko-KR"/>
              </w:rPr>
              <w:t>전공</w:t>
            </w:r>
            <w:r w:rsidRPr="004E5C94">
              <w:rPr>
                <w:rFonts w:ascii="맑은 고딕" w:eastAsia="맑은 고딕" w:hAnsi="맑은 고딕" w:hint="cs"/>
                <w:color w:val="9AA3AF"/>
                <w:sz w:val="16"/>
                <w:szCs w:val="16"/>
                <w:lang w:eastAsia="ko-KR"/>
              </w:rPr>
              <w:t>·</w:t>
            </w:r>
            <w:r w:rsidRPr="004E5C94">
              <w:rPr>
                <w:rFonts w:ascii="맑은 고딕" w:eastAsia="맑은 고딕" w:hAnsi="맑은 고딕" w:hint="eastAsia"/>
                <w:color w:val="9AA3AF"/>
                <w:sz w:val="16"/>
                <w:szCs w:val="16"/>
                <w:lang w:eastAsia="ko-KR"/>
              </w:rPr>
              <w:t>직무</w:t>
            </w:r>
            <w:r w:rsidRPr="004E5C94">
              <w:rPr>
                <w:rFonts w:ascii="맑은 고딕" w:eastAsia="맑은 고딕" w:hAnsi="맑은 고딕"/>
                <w:color w:val="9AA3AF"/>
                <w:sz w:val="16"/>
                <w:szCs w:val="16"/>
                <w:lang w:eastAsia="ko-KR"/>
              </w:rPr>
              <w:t>: ___________________</w:t>
            </w:r>
          </w:p>
          <w:p w14:paraId="1598E421" w14:textId="426436AF" w:rsidR="00ED570B" w:rsidRPr="006222AD" w:rsidRDefault="00ED570B" w:rsidP="00ED570B">
            <w:pPr>
              <w:spacing w:after="0"/>
              <w:rPr>
                <w:rFonts w:ascii="맑은 고딕" w:eastAsia="맑은 고딕" w:hAnsi="맑은 고딕"/>
                <w:color w:val="9AA3AF"/>
                <w:sz w:val="16"/>
                <w:szCs w:val="16"/>
                <w:lang w:eastAsia="ko-KR"/>
              </w:rPr>
            </w:pPr>
            <w:r w:rsidRPr="004E5C94">
              <w:rPr>
                <w:rFonts w:ascii="맑은 고딕" w:eastAsia="맑은 고딕" w:hAnsi="맑은 고딕" w:hint="eastAsia"/>
                <w:color w:val="9AA3AF"/>
                <w:sz w:val="16"/>
                <w:szCs w:val="16"/>
                <w:lang w:eastAsia="ko-KR"/>
              </w:rPr>
              <w:t>연락처</w:t>
            </w:r>
            <w:r w:rsidRPr="004E5C94">
              <w:rPr>
                <w:rFonts w:ascii="맑은 고딕" w:eastAsia="맑은 고딕" w:hAnsi="맑은 고딕"/>
                <w:color w:val="9AA3AF"/>
                <w:sz w:val="16"/>
                <w:szCs w:val="16"/>
                <w:lang w:eastAsia="ko-KR"/>
              </w:rPr>
              <w:t>:</w:t>
            </w:r>
            <w:r w:rsidR="006222AD">
              <w:rPr>
                <w:rFonts w:ascii="맑은 고딕" w:eastAsia="맑은 고딕" w:hAnsi="맑은 고딕" w:hint="eastAsia"/>
                <w:color w:val="9AA3AF"/>
                <w:sz w:val="16"/>
                <w:szCs w:val="16"/>
                <w:lang w:eastAsia="ko-KR"/>
              </w:rPr>
              <w:t xml:space="preserve"> </w:t>
            </w:r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  <w:szCs w:val="16"/>
              </w:rPr>
              <w:t>010-0000-0000</w:t>
            </w:r>
          </w:p>
        </w:tc>
        <w:tc>
          <w:tcPr>
            <w:tcW w:w="3231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6A9360D1" w14:textId="77777777" w:rsidR="00ED570B" w:rsidRPr="00F442DA" w:rsidRDefault="00ED570B" w:rsidP="00ED570B">
            <w:pPr>
              <w:spacing w:after="0"/>
              <w:rPr>
                <w:rFonts w:ascii="맑은 고딕" w:eastAsia="맑은 고딕" w:hAnsi="맑은 고딕" w:cs="맑은 고딕"/>
                <w:color w:val="9AA3AF"/>
                <w:sz w:val="16"/>
                <w:szCs w:val="16"/>
                <w:lang w:eastAsia="ko-KR"/>
              </w:rPr>
            </w:pPr>
            <w:r w:rsidRPr="00F442DA">
              <w:rPr>
                <w:rFonts w:ascii="맑은 고딕" w:eastAsia="맑은 고딕" w:hAnsi="맑은 고딕" w:cs="맑은 고딕"/>
                <w:color w:val="9AA3AF"/>
                <w:sz w:val="16"/>
                <w:szCs w:val="16"/>
                <w:lang w:eastAsia="ko-KR"/>
              </w:rPr>
              <w:t>가입 여부: □ 가입 완료</w:t>
            </w:r>
          </w:p>
          <w:p w14:paraId="01111426" w14:textId="32F61D39" w:rsidR="00ED570B" w:rsidRPr="00F442DA" w:rsidRDefault="00ED570B" w:rsidP="00ED570B">
            <w:pPr>
              <w:spacing w:after="0"/>
              <w:rPr>
                <w:rFonts w:ascii="맑은 고딕" w:eastAsia="맑은 고딕" w:hAnsi="맑은 고딕"/>
                <w:sz w:val="16"/>
                <w:szCs w:val="16"/>
                <w:lang w:eastAsia="ko-KR"/>
              </w:rPr>
            </w:pPr>
            <w:r w:rsidRPr="00F442DA">
              <w:rPr>
                <w:rFonts w:ascii="맑은 고딕" w:eastAsia="맑은 고딕" w:hAnsi="맑은 고딕" w:cs="맑은 고딕"/>
                <w:color w:val="9AA3AF"/>
                <w:sz w:val="16"/>
                <w:szCs w:val="16"/>
                <w:lang w:eastAsia="ko-KR"/>
              </w:rPr>
              <w:t>계정 이메일: __________________________</w:t>
            </w:r>
            <w:r w:rsidRPr="004E5C94">
              <w:rPr>
                <w:rFonts w:ascii="맑은 고딕" w:eastAsia="맑은 고딕" w:hAnsi="맑은 고딕"/>
                <w:color w:val="9AA3AF"/>
                <w:sz w:val="16"/>
                <w:szCs w:val="16"/>
                <w:lang w:eastAsia="ko-KR"/>
              </w:rPr>
              <w:t>_____________</w:t>
            </w:r>
          </w:p>
        </w:tc>
      </w:tr>
    </w:tbl>
    <w:p w14:paraId="1E8F95EB" w14:textId="0608700C" w:rsidR="00ED570B" w:rsidRDefault="00ED570B" w:rsidP="00ED570B">
      <w:pPr>
        <w:spacing w:after="60" w:line="302" w:lineRule="auto"/>
        <w:ind w:firstLineChars="200" w:firstLine="301"/>
        <w:rPr>
          <w:rFonts w:ascii="NanumGothic" w:eastAsia="NanumGothic" w:hAnsi="NanumGothic" w:hint="eastAsia"/>
          <w:color w:val="596579"/>
          <w:sz w:val="16"/>
          <w:lang w:eastAsia="ko-KR"/>
        </w:rPr>
      </w:pPr>
      <w:r>
        <w:rPr>
          <w:rFonts w:ascii="NanumGothic" w:eastAsia="NanumGothic" w:hAnsi="NanumGothic"/>
          <w:color w:val="596579"/>
          <w:sz w:val="16"/>
          <w:lang w:eastAsia="ko-KR"/>
        </w:rPr>
        <w:t xml:space="preserve">※ 해당되지 않는 </w:t>
      </w:r>
      <w:proofErr w:type="spellStart"/>
      <w:r>
        <w:rPr>
          <w:rFonts w:ascii="NanumGothic" w:eastAsia="NanumGothic" w:hAnsi="NanumGothic"/>
          <w:color w:val="596579"/>
          <w:sz w:val="16"/>
          <w:lang w:eastAsia="ko-KR"/>
        </w:rPr>
        <w:t>팀원란은</w:t>
      </w:r>
      <w:proofErr w:type="spellEnd"/>
      <w:r>
        <w:rPr>
          <w:rFonts w:ascii="NanumGothic" w:eastAsia="NanumGothic" w:hAnsi="NanumGothic"/>
          <w:color w:val="596579"/>
          <w:sz w:val="16"/>
          <w:lang w:eastAsia="ko-KR"/>
        </w:rPr>
        <w:t xml:space="preserve"> 비워두세요. 청년기술인은 공고일 기준 만 39세 이하의 관련 분야 재직·활동자</w:t>
      </w:r>
      <w:r w:rsidR="006222AD">
        <w:rPr>
          <w:rFonts w:ascii="NanumGothic" w:eastAsia="NanumGothic" w:hAnsi="NanumGothic" w:hint="eastAsia"/>
          <w:color w:val="596579"/>
          <w:sz w:val="16"/>
          <w:lang w:eastAsia="ko-KR"/>
        </w:rPr>
        <w:t>입니다.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52"/>
      </w:tblGrid>
      <w:tr w:rsidR="00ED570B" w14:paraId="4F062077" w14:textId="77777777" w:rsidTr="00AB0355">
        <w:trPr>
          <w:jc w:val="center"/>
        </w:trPr>
        <w:tc>
          <w:tcPr>
            <w:tcW w:w="10152" w:type="dxa"/>
            <w:shd w:val="clear" w:color="auto" w:fill="F0FFF5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77212E9C" w14:textId="37391B15" w:rsidR="00ED570B" w:rsidRPr="00821299" w:rsidRDefault="00ED570B" w:rsidP="00ED570B">
            <w:pPr>
              <w:spacing w:before="40" w:after="0"/>
              <w:ind w:firstLineChars="100" w:firstLine="160"/>
              <w:rPr>
                <w:rFonts w:ascii="맑은 고딕" w:eastAsia="맑은 고딕" w:hAnsi="맑은 고딕" w:cs="맑은 고딕"/>
                <w:b/>
                <w:bCs/>
                <w:color w:val="626B7A"/>
                <w:sz w:val="16"/>
                <w:szCs w:val="24"/>
                <w:lang w:eastAsia="ko-KR"/>
              </w:rPr>
            </w:pPr>
            <w:r w:rsidRPr="00821299">
              <w:rPr>
                <w:rFonts w:ascii="맑은 고딕" w:eastAsia="맑은 고딕" w:hAnsi="맑은 고딕"/>
                <w:b/>
                <w:bCs/>
                <w:color w:val="626B7A"/>
                <w:sz w:val="16"/>
                <w:szCs w:val="24"/>
                <w:lang w:eastAsia="ko-KR"/>
              </w:rPr>
              <w:t>[</w:t>
            </w:r>
            <w:proofErr w:type="spellStart"/>
            <w:r w:rsidRPr="00821299">
              <w:rPr>
                <w:rFonts w:ascii="맑은 고딕" w:eastAsia="맑은 고딕" w:hAnsi="맑은 고딕"/>
                <w:b/>
                <w:bCs/>
                <w:color w:val="626B7A"/>
                <w:sz w:val="16"/>
                <w:szCs w:val="24"/>
                <w:lang w:eastAsia="ko-KR"/>
              </w:rPr>
              <w:t>Genspark</w:t>
            </w:r>
            <w:proofErr w:type="spellEnd"/>
            <w:r w:rsidRPr="00821299">
              <w:rPr>
                <w:rFonts w:ascii="맑은 고딕" w:eastAsia="맑은 고딕" w:hAnsi="맑은 고딕"/>
                <w:b/>
                <w:bCs/>
                <w:color w:val="626B7A"/>
                <w:sz w:val="16"/>
                <w:szCs w:val="24"/>
                <w:lang w:eastAsia="ko-KR"/>
              </w:rPr>
              <w:t xml:space="preserve"> 크레딧 안내] </w:t>
            </w:r>
            <w:proofErr w:type="spellStart"/>
            <w:r w:rsidRPr="00821299">
              <w:rPr>
                <w:rFonts w:ascii="맑은 고딕" w:eastAsia="맑은 고딕" w:hAnsi="맑은 고딕"/>
                <w:b/>
                <w:bCs/>
                <w:color w:val="626B7A"/>
                <w:sz w:val="16"/>
                <w:szCs w:val="24"/>
                <w:lang w:eastAsia="ko-KR"/>
              </w:rPr>
              <w:t>팀원별</w:t>
            </w:r>
            <w:proofErr w:type="spellEnd"/>
            <w:r w:rsidRPr="00821299">
              <w:rPr>
                <w:rFonts w:ascii="맑은 고딕" w:eastAsia="맑은 고딕" w:hAnsi="맑은 고딕"/>
                <w:b/>
                <w:bCs/>
                <w:color w:val="626B7A"/>
                <w:sz w:val="16"/>
                <w:szCs w:val="24"/>
                <w:lang w:eastAsia="ko-KR"/>
              </w:rPr>
              <w:t xml:space="preserve"> 30,000 크레딧(2개월)은 실제 가입된 계정에 지급됩니다. Google 등 간편 로그인 사용자는 해당 계정에 연결된 이메일을 적어주세요. </w:t>
            </w:r>
            <w:proofErr w:type="spellStart"/>
            <w:r w:rsidRPr="00821299">
              <w:rPr>
                <w:rFonts w:ascii="맑은 고딕" w:eastAsia="맑은 고딕" w:hAnsi="맑은 고딕"/>
                <w:b/>
                <w:bCs/>
                <w:color w:val="626B7A"/>
                <w:sz w:val="16"/>
                <w:szCs w:val="24"/>
                <w:lang w:eastAsia="ko-KR"/>
              </w:rPr>
              <w:t>미가입</w:t>
            </w:r>
            <w:proofErr w:type="spellEnd"/>
            <w:r w:rsidRPr="00821299">
              <w:rPr>
                <w:rFonts w:ascii="맑은 고딕" w:eastAsia="맑은 고딕" w:hAnsi="맑은 고딕"/>
                <w:b/>
                <w:bCs/>
                <w:color w:val="626B7A"/>
                <w:sz w:val="16"/>
                <w:szCs w:val="24"/>
                <w:lang w:eastAsia="ko-KR"/>
              </w:rPr>
              <w:t xml:space="preserve"> 또는 불일치 이메일을 기재하면 지급이 지연되거나 불가능할 수 있습니다. 모든 팀원은 신청 전 </w:t>
            </w:r>
            <w:proofErr w:type="spellStart"/>
            <w:r w:rsidRPr="00821299">
              <w:rPr>
                <w:rFonts w:ascii="맑은 고딕" w:eastAsia="맑은 고딕" w:hAnsi="맑은 고딕"/>
                <w:b/>
                <w:bCs/>
                <w:color w:val="626B7A"/>
                <w:sz w:val="16"/>
                <w:szCs w:val="24"/>
                <w:lang w:eastAsia="ko-KR"/>
              </w:rPr>
              <w:t>Genspark</w:t>
            </w:r>
            <w:proofErr w:type="spellEnd"/>
            <w:r w:rsidRPr="00821299">
              <w:rPr>
                <w:rFonts w:ascii="맑은 고딕" w:eastAsia="맑은 고딕" w:hAnsi="맑은 고딕"/>
                <w:b/>
                <w:bCs/>
                <w:color w:val="626B7A"/>
                <w:sz w:val="16"/>
                <w:szCs w:val="24"/>
                <w:lang w:eastAsia="ko-KR"/>
              </w:rPr>
              <w:t xml:space="preserve"> 회원가입을 완료해야 합니다.</w:t>
            </w:r>
          </w:p>
        </w:tc>
      </w:tr>
    </w:tbl>
    <w:p w14:paraId="51D82BE6" w14:textId="77777777" w:rsidR="00ED570B" w:rsidRDefault="00ED570B" w:rsidP="00ED570B">
      <w:pPr>
        <w:spacing w:after="60" w:line="302" w:lineRule="auto"/>
        <w:rPr>
          <w:rFonts w:ascii="NanumGothic" w:eastAsia="NanumGothic" w:hAnsi="NanumGothic"/>
          <w:color w:val="596579"/>
          <w:sz w:val="16"/>
          <w:lang w:eastAsia="ko-KR"/>
        </w:rPr>
      </w:pPr>
    </w:p>
    <w:p w14:paraId="1E4480C2" w14:textId="77777777" w:rsidR="00ED570B" w:rsidRPr="00ED570B" w:rsidRDefault="00ED570B" w:rsidP="00ED570B">
      <w:pPr>
        <w:spacing w:after="60" w:line="302" w:lineRule="auto"/>
        <w:rPr>
          <w:rFonts w:ascii="NanumGothic" w:eastAsia="NanumGothic" w:hAnsi="NanumGothic"/>
          <w:color w:val="596579"/>
          <w:sz w:val="16"/>
          <w:lang w:eastAsia="ko-KR"/>
        </w:rPr>
      </w:pPr>
    </w:p>
    <w:p w14:paraId="52F6B6B5" w14:textId="0CB6B44C" w:rsidR="00D62A2A" w:rsidRPr="00C9772A" w:rsidRDefault="00000000" w:rsidP="00F442DA">
      <w:pPr>
        <w:spacing w:after="20"/>
        <w:ind w:right="510"/>
        <w:jc w:val="right"/>
        <w:rPr>
          <w:rFonts w:ascii="맑은 고딕" w:eastAsia="맑은 고딕" w:hAnsi="맑은 고딕"/>
          <w:lang w:eastAsia="ko-KR"/>
        </w:rPr>
      </w:pPr>
      <w:r w:rsidRPr="00C9772A">
        <w:rPr>
          <w:rFonts w:ascii="맑은 고딕" w:eastAsia="맑은 고딕" w:hAnsi="맑은 고딕"/>
          <w:b/>
          <w:color w:val="626B7A"/>
          <w:sz w:val="17"/>
          <w:lang w:eastAsia="ko-KR"/>
        </w:rPr>
        <w:lastRenderedPageBreak/>
        <w:t>첨부 1 (계속)</w:t>
      </w:r>
    </w:p>
    <w:p w14:paraId="5DCC1C59" w14:textId="77777777" w:rsidR="00D62A2A" w:rsidRPr="00C9772A" w:rsidRDefault="00000000">
      <w:pPr>
        <w:jc w:val="center"/>
        <w:rPr>
          <w:rFonts w:ascii="HY헤드라인M" w:eastAsia="HY헤드라인M" w:hint="eastAsia"/>
          <w:lang w:eastAsia="ko-KR"/>
        </w:rPr>
      </w:pPr>
      <w:r w:rsidRPr="00C9772A">
        <w:rPr>
          <w:rFonts w:ascii="HY헤드라인M" w:eastAsia="HY헤드라인M" w:hint="eastAsia"/>
          <w:b/>
          <w:color w:val="0B1B52"/>
          <w:sz w:val="33"/>
          <w:lang w:eastAsia="ko-KR"/>
        </w:rPr>
        <w:t xml:space="preserve">참가신청서(팀용) </w:t>
      </w:r>
      <w:r w:rsidRPr="00C9772A">
        <w:rPr>
          <w:rFonts w:ascii="Times New Roman" w:eastAsia="HY헤드라인M" w:hAnsi="Times New Roman" w:cs="Times New Roman"/>
          <w:b/>
          <w:color w:val="0B1B52"/>
          <w:sz w:val="33"/>
          <w:lang w:eastAsia="ko-KR"/>
        </w:rPr>
        <w:t>—</w:t>
      </w:r>
      <w:r w:rsidRPr="00C9772A">
        <w:rPr>
          <w:rFonts w:ascii="HY헤드라인M" w:eastAsia="HY헤드라인M" w:hint="eastAsia"/>
          <w:b/>
          <w:color w:val="0B1B52"/>
          <w:sz w:val="33"/>
          <w:lang w:eastAsia="ko-KR"/>
        </w:rPr>
        <w:t xml:space="preserve"> 활동계획 및 확인사항</w:t>
      </w:r>
    </w:p>
    <w:p w14:paraId="7A687BB6" w14:textId="77777777" w:rsidR="00D62A2A" w:rsidRPr="007E6820" w:rsidRDefault="00D62A2A">
      <w:pPr>
        <w:pBdr>
          <w:bottom w:val="single" w:sz="18" w:space="1" w:color="00F05A"/>
        </w:pBdr>
        <w:spacing w:after="120"/>
        <w:rPr>
          <w:rFonts w:eastAsia="맑은 고딕" w:hint="eastAsia"/>
          <w:lang w:eastAsia="ko-KR"/>
        </w:rPr>
      </w:pPr>
    </w:p>
    <w:p w14:paraId="155EFF37" w14:textId="77777777" w:rsidR="00D62A2A" w:rsidRPr="00C9772A" w:rsidRDefault="00000000">
      <w:pPr>
        <w:keepNext/>
        <w:pBdr>
          <w:bottom w:val="single" w:sz="10" w:space="3" w:color="00F05A"/>
        </w:pBdr>
        <w:spacing w:before="120" w:after="80"/>
        <w:rPr>
          <w:rFonts w:ascii="맑은 고딕" w:eastAsia="맑은 고딕" w:hAnsi="맑은 고딕"/>
        </w:rPr>
      </w:pPr>
      <w:r w:rsidRPr="00C9772A">
        <w:rPr>
          <w:rFonts w:ascii="맑은 고딕" w:eastAsia="맑은 고딕" w:hAnsi="맑은 고딕"/>
          <w:b/>
          <w:color w:val="0B1B52"/>
          <w:sz w:val="21"/>
        </w:rPr>
        <w:t xml:space="preserve">3. 팀 </w:t>
      </w:r>
      <w:proofErr w:type="spellStart"/>
      <w:r w:rsidRPr="00C9772A">
        <w:rPr>
          <w:rFonts w:ascii="맑은 고딕" w:eastAsia="맑은 고딕" w:hAnsi="맑은 고딕"/>
          <w:b/>
          <w:color w:val="0B1B52"/>
          <w:sz w:val="21"/>
        </w:rPr>
        <w:t>역할분담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2241"/>
        <w:gridCol w:w="6399"/>
      </w:tblGrid>
      <w:tr w:rsidR="00D62A2A" w:rsidRPr="00C9772A" w14:paraId="390FB14C" w14:textId="77777777" w:rsidTr="00ED570B">
        <w:trPr>
          <w:cantSplit/>
          <w:jc w:val="center"/>
        </w:trPr>
        <w:tc>
          <w:tcPr>
            <w:tcW w:w="1440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shd w:val="clear" w:color="auto" w:fill="1464F4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78718B76" w14:textId="77777777" w:rsidR="00D62A2A" w:rsidRPr="007E6820" w:rsidRDefault="00000000">
            <w:pPr>
              <w:spacing w:after="0"/>
              <w:jc w:val="center"/>
              <w:rPr>
                <w:rFonts w:ascii="맑은 고딕" w:eastAsia="맑은 고딕" w:hAnsi="맑은 고딕"/>
                <w:sz w:val="16"/>
              </w:rPr>
            </w:pPr>
            <w:proofErr w:type="spellStart"/>
            <w:r w:rsidRPr="007E6820">
              <w:rPr>
                <w:rFonts w:ascii="맑은 고딕" w:eastAsia="맑은 고딕" w:hAnsi="맑은 고딕"/>
                <w:b/>
                <w:color w:val="FFFFFF"/>
                <w:sz w:val="16"/>
              </w:rPr>
              <w:t>성명</w:t>
            </w:r>
            <w:proofErr w:type="spellEnd"/>
          </w:p>
        </w:tc>
        <w:tc>
          <w:tcPr>
            <w:tcW w:w="2241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shd w:val="clear" w:color="auto" w:fill="1464F4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37002DB2" w14:textId="77777777" w:rsidR="00D62A2A" w:rsidRPr="007E6820" w:rsidRDefault="00000000">
            <w:pPr>
              <w:spacing w:after="0"/>
              <w:jc w:val="center"/>
              <w:rPr>
                <w:rFonts w:ascii="맑은 고딕" w:eastAsia="맑은 고딕" w:hAnsi="맑은 고딕"/>
                <w:sz w:val="16"/>
              </w:rPr>
            </w:pPr>
            <w:r w:rsidRPr="007E6820">
              <w:rPr>
                <w:rFonts w:ascii="맑은 고딕" w:eastAsia="맑은 고딕" w:hAnsi="맑은 고딕"/>
                <w:b/>
                <w:color w:val="FFFFFF"/>
                <w:sz w:val="16"/>
              </w:rPr>
              <w:t xml:space="preserve">팀 내 </w:t>
            </w:r>
            <w:proofErr w:type="spellStart"/>
            <w:r w:rsidRPr="007E6820">
              <w:rPr>
                <w:rFonts w:ascii="맑은 고딕" w:eastAsia="맑은 고딕" w:hAnsi="맑은 고딕"/>
                <w:b/>
                <w:color w:val="FFFFFF"/>
                <w:sz w:val="16"/>
              </w:rPr>
              <w:t>역할</w:t>
            </w:r>
            <w:proofErr w:type="spellEnd"/>
          </w:p>
        </w:tc>
        <w:tc>
          <w:tcPr>
            <w:tcW w:w="6399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shd w:val="clear" w:color="auto" w:fill="1464F4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1CE5DB03" w14:textId="77777777" w:rsidR="00D62A2A" w:rsidRPr="007E6820" w:rsidRDefault="00000000">
            <w:pPr>
              <w:spacing w:after="0"/>
              <w:jc w:val="center"/>
              <w:rPr>
                <w:rFonts w:ascii="맑은 고딕" w:eastAsia="맑은 고딕" w:hAnsi="맑은 고딕"/>
                <w:sz w:val="16"/>
              </w:rPr>
            </w:pPr>
            <w:proofErr w:type="spellStart"/>
            <w:r w:rsidRPr="007E6820">
              <w:rPr>
                <w:rFonts w:ascii="맑은 고딕" w:eastAsia="맑은 고딕" w:hAnsi="맑은 고딕"/>
                <w:b/>
                <w:color w:val="FFFFFF"/>
                <w:sz w:val="16"/>
              </w:rPr>
              <w:t>주요</w:t>
            </w:r>
            <w:proofErr w:type="spellEnd"/>
            <w:r w:rsidRPr="007E6820">
              <w:rPr>
                <w:rFonts w:ascii="맑은 고딕" w:eastAsia="맑은 고딕" w:hAnsi="맑은 고딕"/>
                <w:b/>
                <w:color w:val="FFFFFF"/>
                <w:sz w:val="16"/>
              </w:rPr>
              <w:t xml:space="preserve"> </w:t>
            </w:r>
            <w:proofErr w:type="spellStart"/>
            <w:r w:rsidRPr="007E6820">
              <w:rPr>
                <w:rFonts w:ascii="맑은 고딕" w:eastAsia="맑은 고딕" w:hAnsi="맑은 고딕"/>
                <w:b/>
                <w:color w:val="FFFFFF"/>
                <w:sz w:val="16"/>
              </w:rPr>
              <w:t>수행내용</w:t>
            </w:r>
            <w:proofErr w:type="spellEnd"/>
          </w:p>
        </w:tc>
      </w:tr>
      <w:tr w:rsidR="00D62A2A" w:rsidRPr="00C9772A" w14:paraId="2104ED1F" w14:textId="77777777" w:rsidTr="00ED570B">
        <w:trPr>
          <w:cantSplit/>
          <w:jc w:val="center"/>
        </w:trPr>
        <w:tc>
          <w:tcPr>
            <w:tcW w:w="1440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2A1174B9" w14:textId="77777777" w:rsidR="00D62A2A" w:rsidRPr="007E6820" w:rsidRDefault="00000000">
            <w:pPr>
              <w:spacing w:after="0"/>
              <w:rPr>
                <w:rFonts w:ascii="맑은 고딕" w:eastAsia="맑은 고딕" w:hAnsi="맑은 고딕"/>
                <w:sz w:val="16"/>
              </w:rPr>
            </w:pPr>
            <w:proofErr w:type="spellStart"/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</w:rPr>
              <w:t>성명</w:t>
            </w:r>
            <w:proofErr w:type="spellEnd"/>
          </w:p>
        </w:tc>
        <w:tc>
          <w:tcPr>
            <w:tcW w:w="2241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7AB794F3" w14:textId="77777777" w:rsidR="00D62A2A" w:rsidRPr="007E6820" w:rsidRDefault="00000000">
            <w:pPr>
              <w:spacing w:after="0"/>
              <w:rPr>
                <w:rFonts w:ascii="맑은 고딕" w:eastAsia="맑은 고딕" w:hAnsi="맑은 고딕"/>
                <w:sz w:val="16"/>
              </w:rPr>
            </w:pPr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</w:rPr>
              <w:t xml:space="preserve">예: </w:t>
            </w:r>
            <w:proofErr w:type="spellStart"/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</w:rPr>
              <w:t>데이터</w:t>
            </w:r>
            <w:proofErr w:type="spellEnd"/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</w:rPr>
              <w:t xml:space="preserve"> </w:t>
            </w:r>
            <w:proofErr w:type="spellStart"/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</w:rPr>
              <w:t>분석</w:t>
            </w:r>
            <w:proofErr w:type="spellEnd"/>
          </w:p>
        </w:tc>
        <w:tc>
          <w:tcPr>
            <w:tcW w:w="6399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6FDA33DF" w14:textId="77777777" w:rsidR="00D62A2A" w:rsidRPr="007E6820" w:rsidRDefault="00000000">
            <w:pPr>
              <w:spacing w:after="0"/>
              <w:rPr>
                <w:rFonts w:ascii="맑은 고딕" w:eastAsia="맑은 고딕" w:hAnsi="맑은 고딕"/>
                <w:sz w:val="16"/>
                <w:lang w:eastAsia="ko-KR"/>
              </w:rPr>
            </w:pPr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  <w:lang w:eastAsia="ko-KR"/>
              </w:rPr>
              <w:t>예: 공정·안전 데이터 분석 및 해결안 검증</w:t>
            </w:r>
          </w:p>
        </w:tc>
      </w:tr>
      <w:tr w:rsidR="00D62A2A" w:rsidRPr="00C9772A" w14:paraId="5DC549B6" w14:textId="77777777" w:rsidTr="00ED570B">
        <w:trPr>
          <w:cantSplit/>
          <w:jc w:val="center"/>
        </w:trPr>
        <w:tc>
          <w:tcPr>
            <w:tcW w:w="1440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55098285" w14:textId="77777777" w:rsidR="00D62A2A" w:rsidRPr="007E6820" w:rsidRDefault="00000000">
            <w:pPr>
              <w:spacing w:after="0"/>
              <w:rPr>
                <w:rFonts w:ascii="맑은 고딕" w:eastAsia="맑은 고딕" w:hAnsi="맑은 고딕"/>
                <w:sz w:val="16"/>
              </w:rPr>
            </w:pPr>
            <w:proofErr w:type="spellStart"/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</w:rPr>
              <w:t>성명</w:t>
            </w:r>
            <w:proofErr w:type="spellEnd"/>
          </w:p>
        </w:tc>
        <w:tc>
          <w:tcPr>
            <w:tcW w:w="2241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68E1145C" w14:textId="77777777" w:rsidR="00D62A2A" w:rsidRPr="007E6820" w:rsidRDefault="00000000">
            <w:pPr>
              <w:spacing w:after="0"/>
              <w:rPr>
                <w:rFonts w:ascii="맑은 고딕" w:eastAsia="맑은 고딕" w:hAnsi="맑은 고딕"/>
                <w:sz w:val="16"/>
              </w:rPr>
            </w:pPr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</w:rPr>
              <w:t xml:space="preserve">예: </w:t>
            </w:r>
            <w:proofErr w:type="spellStart"/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</w:rPr>
              <w:t>데이터</w:t>
            </w:r>
            <w:proofErr w:type="spellEnd"/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</w:rPr>
              <w:t xml:space="preserve"> </w:t>
            </w:r>
            <w:proofErr w:type="spellStart"/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</w:rPr>
              <w:t>분석</w:t>
            </w:r>
            <w:proofErr w:type="spellEnd"/>
          </w:p>
        </w:tc>
        <w:tc>
          <w:tcPr>
            <w:tcW w:w="6399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1DD70AC8" w14:textId="77777777" w:rsidR="00D62A2A" w:rsidRPr="007E6820" w:rsidRDefault="00000000">
            <w:pPr>
              <w:spacing w:after="0"/>
              <w:rPr>
                <w:rFonts w:ascii="맑은 고딕" w:eastAsia="맑은 고딕" w:hAnsi="맑은 고딕"/>
                <w:sz w:val="16"/>
                <w:lang w:eastAsia="ko-KR"/>
              </w:rPr>
            </w:pPr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  <w:lang w:eastAsia="ko-KR"/>
              </w:rPr>
              <w:t>예: 공정·안전 데이터 분석 및 해결안 검증</w:t>
            </w:r>
          </w:p>
        </w:tc>
      </w:tr>
      <w:tr w:rsidR="00D62A2A" w:rsidRPr="00C9772A" w14:paraId="0F0CE36E" w14:textId="77777777" w:rsidTr="00ED570B">
        <w:trPr>
          <w:cantSplit/>
          <w:jc w:val="center"/>
        </w:trPr>
        <w:tc>
          <w:tcPr>
            <w:tcW w:w="1440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74A9A7A7" w14:textId="77777777" w:rsidR="00D62A2A" w:rsidRPr="007E6820" w:rsidRDefault="00000000">
            <w:pPr>
              <w:spacing w:after="0"/>
              <w:rPr>
                <w:rFonts w:ascii="맑은 고딕" w:eastAsia="맑은 고딕" w:hAnsi="맑은 고딕"/>
                <w:sz w:val="16"/>
              </w:rPr>
            </w:pPr>
            <w:proofErr w:type="spellStart"/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</w:rPr>
              <w:t>성명</w:t>
            </w:r>
            <w:proofErr w:type="spellEnd"/>
          </w:p>
        </w:tc>
        <w:tc>
          <w:tcPr>
            <w:tcW w:w="2241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2B919806" w14:textId="77777777" w:rsidR="00D62A2A" w:rsidRPr="007E6820" w:rsidRDefault="00000000">
            <w:pPr>
              <w:spacing w:after="0"/>
              <w:rPr>
                <w:rFonts w:ascii="맑은 고딕" w:eastAsia="맑은 고딕" w:hAnsi="맑은 고딕"/>
                <w:sz w:val="16"/>
              </w:rPr>
            </w:pPr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</w:rPr>
              <w:t xml:space="preserve">예: </w:t>
            </w:r>
            <w:proofErr w:type="spellStart"/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</w:rPr>
              <w:t>데이터</w:t>
            </w:r>
            <w:proofErr w:type="spellEnd"/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</w:rPr>
              <w:t xml:space="preserve"> </w:t>
            </w:r>
            <w:proofErr w:type="spellStart"/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</w:rPr>
              <w:t>분석</w:t>
            </w:r>
            <w:proofErr w:type="spellEnd"/>
          </w:p>
        </w:tc>
        <w:tc>
          <w:tcPr>
            <w:tcW w:w="6399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0B81D674" w14:textId="77777777" w:rsidR="00D62A2A" w:rsidRPr="007E6820" w:rsidRDefault="00000000">
            <w:pPr>
              <w:spacing w:after="0"/>
              <w:rPr>
                <w:rFonts w:ascii="맑은 고딕" w:eastAsia="맑은 고딕" w:hAnsi="맑은 고딕"/>
                <w:sz w:val="16"/>
                <w:lang w:eastAsia="ko-KR"/>
              </w:rPr>
            </w:pPr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  <w:lang w:eastAsia="ko-KR"/>
              </w:rPr>
              <w:t>예: 공정·안전 데이터 분석 및 해결안 검증</w:t>
            </w:r>
          </w:p>
        </w:tc>
      </w:tr>
      <w:tr w:rsidR="00D62A2A" w:rsidRPr="00C9772A" w14:paraId="1C4327A0" w14:textId="77777777" w:rsidTr="00ED570B">
        <w:trPr>
          <w:cantSplit/>
          <w:jc w:val="center"/>
        </w:trPr>
        <w:tc>
          <w:tcPr>
            <w:tcW w:w="1440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7C7DAAC7" w14:textId="77777777" w:rsidR="00D62A2A" w:rsidRPr="007E6820" w:rsidRDefault="00000000">
            <w:pPr>
              <w:spacing w:after="0"/>
              <w:rPr>
                <w:rFonts w:ascii="맑은 고딕" w:eastAsia="맑은 고딕" w:hAnsi="맑은 고딕"/>
                <w:sz w:val="16"/>
              </w:rPr>
            </w:pPr>
            <w:proofErr w:type="spellStart"/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</w:rPr>
              <w:t>성명</w:t>
            </w:r>
            <w:proofErr w:type="spellEnd"/>
          </w:p>
        </w:tc>
        <w:tc>
          <w:tcPr>
            <w:tcW w:w="2241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7C0DA0DB" w14:textId="77777777" w:rsidR="00D62A2A" w:rsidRPr="007E6820" w:rsidRDefault="00000000">
            <w:pPr>
              <w:spacing w:after="0"/>
              <w:rPr>
                <w:rFonts w:ascii="맑은 고딕" w:eastAsia="맑은 고딕" w:hAnsi="맑은 고딕"/>
                <w:sz w:val="16"/>
              </w:rPr>
            </w:pPr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</w:rPr>
              <w:t xml:space="preserve">예: </w:t>
            </w:r>
            <w:proofErr w:type="spellStart"/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</w:rPr>
              <w:t>데이터</w:t>
            </w:r>
            <w:proofErr w:type="spellEnd"/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</w:rPr>
              <w:t xml:space="preserve"> </w:t>
            </w:r>
            <w:proofErr w:type="spellStart"/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</w:rPr>
              <w:t>분석</w:t>
            </w:r>
            <w:proofErr w:type="spellEnd"/>
          </w:p>
        </w:tc>
        <w:tc>
          <w:tcPr>
            <w:tcW w:w="6399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31E0E879" w14:textId="77777777" w:rsidR="00D62A2A" w:rsidRPr="007E6820" w:rsidRDefault="00000000">
            <w:pPr>
              <w:spacing w:after="0"/>
              <w:rPr>
                <w:rFonts w:ascii="맑은 고딕" w:eastAsia="맑은 고딕" w:hAnsi="맑은 고딕"/>
                <w:sz w:val="16"/>
                <w:lang w:eastAsia="ko-KR"/>
              </w:rPr>
            </w:pPr>
            <w:r w:rsidRPr="007E6820">
              <w:rPr>
                <w:rFonts w:ascii="맑은 고딕" w:eastAsia="맑은 고딕" w:hAnsi="맑은 고딕"/>
                <w:i/>
                <w:color w:val="9AA3AF"/>
                <w:sz w:val="16"/>
                <w:lang w:eastAsia="ko-KR"/>
              </w:rPr>
              <w:t>예: 공정·안전 데이터 분석 및 해결안 검증</w:t>
            </w:r>
          </w:p>
        </w:tc>
      </w:tr>
    </w:tbl>
    <w:p w14:paraId="5753EB68" w14:textId="77777777" w:rsidR="00D62A2A" w:rsidRPr="00C9772A" w:rsidRDefault="00000000">
      <w:pPr>
        <w:keepNext/>
        <w:pBdr>
          <w:bottom w:val="single" w:sz="10" w:space="3" w:color="00F05A"/>
        </w:pBdr>
        <w:spacing w:before="120" w:after="80"/>
        <w:rPr>
          <w:rFonts w:ascii="맑은 고딕" w:eastAsia="맑은 고딕" w:hAnsi="맑은 고딕"/>
          <w:lang w:eastAsia="ko-KR"/>
        </w:rPr>
      </w:pPr>
      <w:r w:rsidRPr="00C9772A">
        <w:rPr>
          <w:rFonts w:ascii="맑은 고딕" w:eastAsia="맑은 고딕" w:hAnsi="맑은 고딕"/>
          <w:b/>
          <w:color w:val="0B1B52"/>
          <w:sz w:val="21"/>
          <w:lang w:eastAsia="ko-KR"/>
        </w:rPr>
        <w:t>4. 참가동기 및 해결하고 싶은 현장문제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52"/>
      </w:tblGrid>
      <w:tr w:rsidR="00D62A2A" w:rsidRPr="00C9772A" w14:paraId="09832259" w14:textId="77777777">
        <w:trPr>
          <w:jc w:val="center"/>
        </w:trPr>
        <w:tc>
          <w:tcPr>
            <w:tcW w:w="10152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497ADD28" w14:textId="42BE7B99" w:rsidR="00821299" w:rsidRPr="007E6820" w:rsidRDefault="00000000">
            <w:pPr>
              <w:spacing w:after="0"/>
              <w:rPr>
                <w:rFonts w:ascii="맑은 고딕" w:eastAsia="맑은 고딕" w:hAnsi="맑은 고딕"/>
                <w:sz w:val="16"/>
                <w:szCs w:val="18"/>
                <w:lang w:eastAsia="ko-KR"/>
              </w:rPr>
            </w:pPr>
            <w:r w:rsidRPr="007E6820">
              <w:rPr>
                <w:rFonts w:ascii="맑은 고딕" w:eastAsia="맑은 고딕" w:hAnsi="맑은 고딕"/>
                <w:i/>
                <w:color w:val="8A93A0"/>
                <w:sz w:val="16"/>
                <w:szCs w:val="20"/>
                <w:lang w:eastAsia="ko-KR"/>
              </w:rPr>
              <w:t xml:space="preserve">본 프로그램에 참가하려는 이유와 팀이 해결하고 싶은 스마트건설 현장문제를 </w:t>
            </w:r>
            <w:r w:rsidR="007666F8">
              <w:rPr>
                <w:rFonts w:ascii="맑은 고딕" w:eastAsia="맑은 고딕" w:hAnsi="맑은 고딕" w:hint="eastAsia"/>
                <w:i/>
                <w:color w:val="8A93A0"/>
                <w:sz w:val="16"/>
                <w:szCs w:val="20"/>
                <w:lang w:eastAsia="ko-KR"/>
              </w:rPr>
              <w:t>3</w:t>
            </w:r>
            <w:r w:rsidRPr="007E6820">
              <w:rPr>
                <w:rFonts w:ascii="맑은 고딕" w:eastAsia="맑은 고딕" w:hAnsi="맑은 고딕"/>
                <w:i/>
                <w:color w:val="8A93A0"/>
                <w:sz w:val="16"/>
                <w:szCs w:val="20"/>
                <w:lang w:eastAsia="ko-KR"/>
              </w:rPr>
              <w:t>00자 이내로 작성해 주세요.</w:t>
            </w:r>
            <w:r w:rsidRPr="007E6820">
              <w:rPr>
                <w:rFonts w:ascii="맑은 고딕" w:eastAsia="맑은 고딕" w:hAnsi="맑은 고딕"/>
                <w:i/>
                <w:color w:val="8A93A0"/>
                <w:sz w:val="16"/>
                <w:szCs w:val="20"/>
                <w:lang w:eastAsia="ko-KR"/>
              </w:rPr>
              <w:br/>
            </w:r>
            <w:r w:rsidR="00821299" w:rsidRPr="007E6820">
              <w:rPr>
                <w:rFonts w:ascii="맑은 고딕" w:eastAsia="맑은 고딕" w:hAnsi="맑은 고딕"/>
                <w:i/>
                <w:color w:val="8A93A0"/>
                <w:sz w:val="16"/>
                <w:szCs w:val="20"/>
                <w:lang w:eastAsia="ko-KR"/>
              </w:rPr>
              <w:br/>
            </w:r>
          </w:p>
        </w:tc>
      </w:tr>
    </w:tbl>
    <w:p w14:paraId="06C96982" w14:textId="77777777" w:rsidR="00D62A2A" w:rsidRPr="00C9772A" w:rsidRDefault="00000000">
      <w:pPr>
        <w:keepNext/>
        <w:pBdr>
          <w:bottom w:val="single" w:sz="10" w:space="3" w:color="00F05A"/>
        </w:pBdr>
        <w:spacing w:before="120" w:after="80"/>
        <w:rPr>
          <w:rFonts w:ascii="맑은 고딕" w:eastAsia="맑은 고딕" w:hAnsi="맑은 고딕"/>
        </w:rPr>
      </w:pPr>
      <w:r w:rsidRPr="00C9772A">
        <w:rPr>
          <w:rFonts w:ascii="맑은 고딕" w:eastAsia="맑은 고딕" w:hAnsi="맑은 고딕"/>
          <w:b/>
          <w:color w:val="0B1B52"/>
          <w:sz w:val="21"/>
        </w:rPr>
        <w:t xml:space="preserve">5. 팀 </w:t>
      </w:r>
      <w:proofErr w:type="spellStart"/>
      <w:r w:rsidRPr="00C9772A">
        <w:rPr>
          <w:rFonts w:ascii="맑은 고딕" w:eastAsia="맑은 고딕" w:hAnsi="맑은 고딕"/>
          <w:b/>
          <w:color w:val="0B1B52"/>
          <w:sz w:val="21"/>
        </w:rPr>
        <w:t>역량</w:t>
      </w:r>
      <w:proofErr w:type="spellEnd"/>
      <w:r w:rsidRPr="00C9772A">
        <w:rPr>
          <w:rFonts w:ascii="맑은 고딕" w:eastAsia="맑은 고딕" w:hAnsi="맑은 고딕"/>
          <w:b/>
          <w:color w:val="0B1B52"/>
          <w:sz w:val="21"/>
        </w:rPr>
        <w:t xml:space="preserve"> 및 </w:t>
      </w:r>
      <w:proofErr w:type="spellStart"/>
      <w:r w:rsidRPr="00C9772A">
        <w:rPr>
          <w:rFonts w:ascii="맑은 고딕" w:eastAsia="맑은 고딕" w:hAnsi="맑은 고딕"/>
          <w:b/>
          <w:color w:val="0B1B52"/>
          <w:sz w:val="21"/>
        </w:rPr>
        <w:t>관련</w:t>
      </w:r>
      <w:proofErr w:type="spellEnd"/>
      <w:r w:rsidRPr="00C9772A">
        <w:rPr>
          <w:rFonts w:ascii="맑은 고딕" w:eastAsia="맑은 고딕" w:hAnsi="맑은 고딕"/>
          <w:b/>
          <w:color w:val="0B1B52"/>
          <w:sz w:val="21"/>
        </w:rPr>
        <w:t xml:space="preserve"> </w:t>
      </w:r>
      <w:proofErr w:type="spellStart"/>
      <w:r w:rsidRPr="00C9772A">
        <w:rPr>
          <w:rFonts w:ascii="맑은 고딕" w:eastAsia="맑은 고딕" w:hAnsi="맑은 고딕"/>
          <w:b/>
          <w:color w:val="0B1B52"/>
          <w:sz w:val="21"/>
        </w:rPr>
        <w:t>경험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52"/>
      </w:tblGrid>
      <w:tr w:rsidR="00D62A2A" w:rsidRPr="00C9772A" w14:paraId="17FC2D18" w14:textId="77777777">
        <w:trPr>
          <w:jc w:val="center"/>
        </w:trPr>
        <w:tc>
          <w:tcPr>
            <w:tcW w:w="10152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77E1440A" w14:textId="117FFBE1" w:rsidR="00D62A2A" w:rsidRPr="007E6820" w:rsidRDefault="00000000">
            <w:pPr>
              <w:spacing w:after="0"/>
              <w:rPr>
                <w:rFonts w:ascii="맑은 고딕" w:eastAsia="맑은 고딕" w:hAnsi="맑은 고딕"/>
                <w:sz w:val="16"/>
                <w:szCs w:val="20"/>
                <w:lang w:eastAsia="ko-KR"/>
              </w:rPr>
            </w:pPr>
            <w:r w:rsidRPr="007E6820">
              <w:rPr>
                <w:rFonts w:ascii="맑은 고딕" w:eastAsia="맑은 고딕" w:hAnsi="맑은 고딕"/>
                <w:i/>
                <w:color w:val="8A93A0"/>
                <w:sz w:val="16"/>
                <w:szCs w:val="20"/>
                <w:lang w:eastAsia="ko-KR"/>
              </w:rPr>
              <w:t xml:space="preserve">팀이 보유한 건설·안전·AI·데이터 관련 역량, 수업·프로젝트·연구·실무 경험을 </w:t>
            </w:r>
            <w:r w:rsidR="007666F8">
              <w:rPr>
                <w:rFonts w:ascii="맑은 고딕" w:eastAsia="맑은 고딕" w:hAnsi="맑은 고딕" w:hint="eastAsia"/>
                <w:i/>
                <w:color w:val="8A93A0"/>
                <w:sz w:val="16"/>
                <w:szCs w:val="20"/>
                <w:lang w:eastAsia="ko-KR"/>
              </w:rPr>
              <w:t>3</w:t>
            </w:r>
            <w:r w:rsidRPr="007E6820">
              <w:rPr>
                <w:rFonts w:ascii="맑은 고딕" w:eastAsia="맑은 고딕" w:hAnsi="맑은 고딕"/>
                <w:i/>
                <w:color w:val="8A93A0"/>
                <w:sz w:val="16"/>
                <w:szCs w:val="20"/>
                <w:lang w:eastAsia="ko-KR"/>
              </w:rPr>
              <w:t>00자 이내로 작성해 주세요.</w:t>
            </w:r>
            <w:r w:rsidRPr="007E6820">
              <w:rPr>
                <w:rFonts w:ascii="맑은 고딕" w:eastAsia="맑은 고딕" w:hAnsi="맑은 고딕"/>
                <w:i/>
                <w:color w:val="8A93A0"/>
                <w:sz w:val="16"/>
                <w:szCs w:val="20"/>
                <w:lang w:eastAsia="ko-KR"/>
              </w:rPr>
              <w:br/>
            </w:r>
            <w:r w:rsidR="00821299" w:rsidRPr="007E6820">
              <w:rPr>
                <w:rFonts w:ascii="맑은 고딕" w:eastAsia="맑은 고딕" w:hAnsi="맑은 고딕"/>
                <w:i/>
                <w:color w:val="8A93A0"/>
                <w:sz w:val="16"/>
                <w:szCs w:val="20"/>
                <w:lang w:eastAsia="ko-KR"/>
              </w:rPr>
              <w:br/>
            </w:r>
          </w:p>
        </w:tc>
      </w:tr>
    </w:tbl>
    <w:p w14:paraId="405AB621" w14:textId="12C3B8EB" w:rsidR="00D62A2A" w:rsidRPr="00C9772A" w:rsidRDefault="00000000">
      <w:pPr>
        <w:keepNext/>
        <w:pBdr>
          <w:bottom w:val="single" w:sz="10" w:space="3" w:color="00F05A"/>
        </w:pBdr>
        <w:spacing w:before="120" w:after="80"/>
        <w:rPr>
          <w:rFonts w:ascii="맑은 고딕" w:eastAsia="맑은 고딕" w:hAnsi="맑은 고딕"/>
          <w:lang w:eastAsia="ko-KR"/>
        </w:rPr>
      </w:pPr>
      <w:r w:rsidRPr="00C9772A">
        <w:rPr>
          <w:rFonts w:ascii="맑은 고딕" w:eastAsia="맑은 고딕" w:hAnsi="맑은 고딕"/>
          <w:b/>
          <w:color w:val="0B1B52"/>
          <w:sz w:val="21"/>
          <w:lang w:eastAsia="ko-KR"/>
        </w:rPr>
        <w:t>6. 생성형 AI 및</w:t>
      </w:r>
      <w:proofErr w:type="spellStart"/>
      <w:r w:rsidR="00436E7B">
        <w:rPr>
          <w:rFonts w:ascii="맑은 고딕" w:eastAsia="맑은 고딕" w:hAnsi="맑은 고딕"/>
          <w:b/>
          <w:color w:val="0B1B52"/>
          <w:sz w:val="21"/>
          <w:lang w:eastAsia="ko-KR"/>
        </w:rPr>
        <w:t>Genspark</w:t>
      </w:r>
      <w:proofErr w:type="spellEnd"/>
      <w:r w:rsidR="00ED570B">
        <w:rPr>
          <w:rFonts w:ascii="맑은 고딕" w:eastAsia="맑은 고딕" w:hAnsi="맑은 고딕" w:hint="eastAsia"/>
          <w:b/>
          <w:color w:val="0B1B52"/>
          <w:sz w:val="21"/>
          <w:lang w:eastAsia="ko-KR"/>
        </w:rPr>
        <w:t xml:space="preserve"> </w:t>
      </w:r>
      <w:r w:rsidRPr="00C9772A">
        <w:rPr>
          <w:rFonts w:ascii="맑은 고딕" w:eastAsia="맑은 고딕" w:hAnsi="맑은 고딕"/>
          <w:b/>
          <w:color w:val="0B1B52"/>
          <w:sz w:val="21"/>
          <w:lang w:eastAsia="ko-KR"/>
        </w:rPr>
        <w:t>활용계획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7920"/>
      </w:tblGrid>
      <w:tr w:rsidR="00D62A2A" w:rsidRPr="00C9772A" w14:paraId="5296537A" w14:textId="77777777">
        <w:trPr>
          <w:jc w:val="center"/>
        </w:trPr>
        <w:tc>
          <w:tcPr>
            <w:tcW w:w="2232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shd w:val="clear" w:color="auto" w:fill="F3F5F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7309E39B" w14:textId="77777777" w:rsidR="00D62A2A" w:rsidRPr="007E6820" w:rsidRDefault="00000000">
            <w:pPr>
              <w:spacing w:after="0"/>
              <w:jc w:val="center"/>
              <w:rPr>
                <w:rFonts w:ascii="맑은 고딕" w:eastAsia="맑은 고딕" w:hAnsi="맑은 고딕"/>
                <w:sz w:val="16"/>
              </w:rPr>
            </w:pPr>
            <w:proofErr w:type="spellStart"/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</w:rPr>
              <w:t>활용</w:t>
            </w:r>
            <w:proofErr w:type="spellEnd"/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</w:rPr>
              <w:t xml:space="preserve"> </w:t>
            </w:r>
            <w:proofErr w:type="spellStart"/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</w:rPr>
              <w:t>예정</w:t>
            </w:r>
            <w:proofErr w:type="spellEnd"/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</w:rPr>
              <w:t xml:space="preserve"> </w:t>
            </w:r>
            <w:proofErr w:type="spellStart"/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</w:rPr>
              <w:t>분야</w:t>
            </w:r>
            <w:proofErr w:type="spellEnd"/>
          </w:p>
        </w:tc>
        <w:tc>
          <w:tcPr>
            <w:tcW w:w="7920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5D6DA66C" w14:textId="77777777" w:rsidR="00D62A2A" w:rsidRPr="007E6820" w:rsidRDefault="00000000">
            <w:pPr>
              <w:spacing w:after="0"/>
              <w:rPr>
                <w:rFonts w:ascii="맑은 고딕" w:eastAsia="맑은 고딕" w:hAnsi="맑은 고딕"/>
                <w:sz w:val="16"/>
                <w:lang w:eastAsia="ko-KR"/>
              </w:rPr>
            </w:pPr>
            <w:r w:rsidRPr="007E6820">
              <w:rPr>
                <w:rFonts w:ascii="맑은 고딕" w:eastAsia="맑은 고딕" w:hAnsi="맑은 고딕"/>
                <w:color w:val="1F2633"/>
                <w:sz w:val="16"/>
                <w:lang w:eastAsia="ko-KR"/>
              </w:rPr>
              <w:t xml:space="preserve">□ </w:t>
            </w:r>
            <w:proofErr w:type="gramStart"/>
            <w:r w:rsidRPr="007E6820">
              <w:rPr>
                <w:rFonts w:ascii="맑은 고딕" w:eastAsia="맑은 고딕" w:hAnsi="맑은 고딕"/>
                <w:color w:val="1F2633"/>
                <w:sz w:val="16"/>
                <w:lang w:eastAsia="ko-KR"/>
              </w:rPr>
              <w:t>자료조사  □</w:t>
            </w:r>
            <w:proofErr w:type="gramEnd"/>
            <w:r w:rsidRPr="007E6820">
              <w:rPr>
                <w:rFonts w:ascii="맑은 고딕" w:eastAsia="맑은 고딕" w:hAnsi="맑은 고딕"/>
                <w:color w:val="1F2633"/>
                <w:sz w:val="16"/>
                <w:lang w:eastAsia="ko-KR"/>
              </w:rPr>
              <w:t xml:space="preserve"> 데이터 </w:t>
            </w:r>
            <w:proofErr w:type="gramStart"/>
            <w:r w:rsidRPr="007E6820">
              <w:rPr>
                <w:rFonts w:ascii="맑은 고딕" w:eastAsia="맑은 고딕" w:hAnsi="맑은 고딕"/>
                <w:color w:val="1F2633"/>
                <w:sz w:val="16"/>
                <w:lang w:eastAsia="ko-KR"/>
              </w:rPr>
              <w:t>분석  □</w:t>
            </w:r>
            <w:proofErr w:type="gramEnd"/>
            <w:r w:rsidRPr="007E6820">
              <w:rPr>
                <w:rFonts w:ascii="맑은 고딕" w:eastAsia="맑은 고딕" w:hAnsi="맑은 고딕"/>
                <w:color w:val="1F2633"/>
                <w:sz w:val="16"/>
                <w:lang w:eastAsia="ko-KR"/>
              </w:rPr>
              <w:t xml:space="preserve"> 아이디어 </w:t>
            </w:r>
            <w:proofErr w:type="gramStart"/>
            <w:r w:rsidRPr="007E6820">
              <w:rPr>
                <w:rFonts w:ascii="맑은 고딕" w:eastAsia="맑은 고딕" w:hAnsi="맑은 고딕"/>
                <w:color w:val="1F2633"/>
                <w:sz w:val="16"/>
                <w:lang w:eastAsia="ko-KR"/>
              </w:rPr>
              <w:t>구체화  □</w:t>
            </w:r>
            <w:proofErr w:type="gramEnd"/>
            <w:r w:rsidRPr="007E6820">
              <w:rPr>
                <w:rFonts w:ascii="맑은 고딕" w:eastAsia="맑은 고딕" w:hAnsi="맑은 고딕"/>
                <w:color w:val="1F2633"/>
                <w:sz w:val="16"/>
                <w:lang w:eastAsia="ko-KR"/>
              </w:rPr>
              <w:t xml:space="preserve"> </w:t>
            </w:r>
            <w:proofErr w:type="gramStart"/>
            <w:r w:rsidRPr="007E6820">
              <w:rPr>
                <w:rFonts w:ascii="맑은 고딕" w:eastAsia="맑은 고딕" w:hAnsi="맑은 고딕"/>
                <w:color w:val="1F2633"/>
                <w:sz w:val="16"/>
                <w:lang w:eastAsia="ko-KR"/>
              </w:rPr>
              <w:t>협업  □</w:t>
            </w:r>
            <w:proofErr w:type="gramEnd"/>
            <w:r w:rsidRPr="007E6820">
              <w:rPr>
                <w:rFonts w:ascii="맑은 고딕" w:eastAsia="맑은 고딕" w:hAnsi="맑은 고딕"/>
                <w:color w:val="1F2633"/>
                <w:sz w:val="16"/>
                <w:lang w:eastAsia="ko-KR"/>
              </w:rPr>
              <w:t xml:space="preserve"> 결과물 </w:t>
            </w:r>
            <w:proofErr w:type="gramStart"/>
            <w:r w:rsidRPr="007E6820">
              <w:rPr>
                <w:rFonts w:ascii="맑은 고딕" w:eastAsia="맑은 고딕" w:hAnsi="맑은 고딕"/>
                <w:color w:val="1F2633"/>
                <w:sz w:val="16"/>
                <w:lang w:eastAsia="ko-KR"/>
              </w:rPr>
              <w:t>작성  □</w:t>
            </w:r>
            <w:proofErr w:type="gramEnd"/>
            <w:r w:rsidRPr="007E6820">
              <w:rPr>
                <w:rFonts w:ascii="맑은 고딕" w:eastAsia="맑은 고딕" w:hAnsi="맑은 고딕"/>
                <w:color w:val="1F2633"/>
                <w:sz w:val="16"/>
                <w:lang w:eastAsia="ko-KR"/>
              </w:rPr>
              <w:t xml:space="preserve"> 기타</w:t>
            </w:r>
          </w:p>
        </w:tc>
      </w:tr>
      <w:tr w:rsidR="00D62A2A" w:rsidRPr="00C9772A" w14:paraId="717DBD50" w14:textId="77777777">
        <w:trPr>
          <w:jc w:val="center"/>
        </w:trPr>
        <w:tc>
          <w:tcPr>
            <w:tcW w:w="2232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shd w:val="clear" w:color="auto" w:fill="F3F5F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6C0D4BC8" w14:textId="77777777" w:rsidR="00D62A2A" w:rsidRPr="007E6820" w:rsidRDefault="00000000">
            <w:pPr>
              <w:spacing w:after="0"/>
              <w:jc w:val="center"/>
              <w:rPr>
                <w:rFonts w:ascii="맑은 고딕" w:eastAsia="맑은 고딕" w:hAnsi="맑은 고딕"/>
                <w:sz w:val="16"/>
              </w:rPr>
            </w:pPr>
            <w:proofErr w:type="spellStart"/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</w:rPr>
              <w:t>활용계획</w:t>
            </w:r>
            <w:proofErr w:type="spellEnd"/>
          </w:p>
        </w:tc>
        <w:tc>
          <w:tcPr>
            <w:tcW w:w="7920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5521170A" w14:textId="2895F65A" w:rsidR="00D62A2A" w:rsidRPr="007E6820" w:rsidRDefault="00436E7B">
            <w:pPr>
              <w:spacing w:after="0"/>
              <w:rPr>
                <w:rFonts w:ascii="맑은 고딕" w:eastAsia="맑은 고딕" w:hAnsi="맑은 고딕"/>
                <w:sz w:val="16"/>
                <w:lang w:eastAsia="ko-KR"/>
              </w:rPr>
            </w:pPr>
            <w:proofErr w:type="spellStart"/>
            <w:r>
              <w:rPr>
                <w:rFonts w:ascii="맑은 고딕" w:eastAsia="맑은 고딕" w:hAnsi="맑은 고딕"/>
                <w:i/>
                <w:color w:val="8A93A0"/>
                <w:sz w:val="16"/>
                <w:lang w:eastAsia="ko-KR"/>
              </w:rPr>
              <w:t>Genspark</w:t>
            </w:r>
            <w:proofErr w:type="spellEnd"/>
            <w:r w:rsidRPr="007E6820">
              <w:rPr>
                <w:rFonts w:ascii="맑은 고딕" w:eastAsia="맑은 고딕" w:hAnsi="맑은 고딕"/>
                <w:i/>
                <w:color w:val="8A93A0"/>
                <w:sz w:val="16"/>
                <w:lang w:eastAsia="ko-KR"/>
              </w:rPr>
              <w:t>를 어떤 과정에 활용하고, AI 결과를 어떻게 검증할 것인지 간략히 작성해 주세요.</w:t>
            </w:r>
            <w:r w:rsidRPr="007E6820">
              <w:rPr>
                <w:rFonts w:ascii="맑은 고딕" w:eastAsia="맑은 고딕" w:hAnsi="맑은 고딕"/>
                <w:i/>
                <w:color w:val="8A93A0"/>
                <w:sz w:val="16"/>
                <w:lang w:eastAsia="ko-KR"/>
              </w:rPr>
              <w:br/>
            </w:r>
            <w:r w:rsidRPr="007E6820">
              <w:rPr>
                <w:rFonts w:ascii="맑은 고딕" w:eastAsia="맑은 고딕" w:hAnsi="맑은 고딕"/>
                <w:i/>
                <w:color w:val="8A93A0"/>
                <w:sz w:val="16"/>
                <w:lang w:eastAsia="ko-KR"/>
              </w:rPr>
              <w:br/>
            </w:r>
          </w:p>
        </w:tc>
      </w:tr>
      <w:tr w:rsidR="00D62A2A" w:rsidRPr="00C9772A" w14:paraId="338841F7" w14:textId="77777777">
        <w:trPr>
          <w:jc w:val="center"/>
        </w:trPr>
        <w:tc>
          <w:tcPr>
            <w:tcW w:w="2232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shd w:val="clear" w:color="auto" w:fill="F3F5F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7FD4885D" w14:textId="77777777" w:rsidR="00D62A2A" w:rsidRPr="007E6820" w:rsidRDefault="00000000">
            <w:pPr>
              <w:spacing w:after="0"/>
              <w:jc w:val="center"/>
              <w:rPr>
                <w:rFonts w:ascii="맑은 고딕" w:eastAsia="맑은 고딕" w:hAnsi="맑은 고딕"/>
                <w:sz w:val="16"/>
              </w:rPr>
            </w:pPr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</w:rPr>
              <w:t xml:space="preserve">타 AI </w:t>
            </w:r>
            <w:proofErr w:type="spellStart"/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</w:rPr>
              <w:t>도구</w:t>
            </w:r>
            <w:proofErr w:type="spellEnd"/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</w:rPr>
              <w:t xml:space="preserve"> </w:t>
            </w:r>
            <w:proofErr w:type="spellStart"/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</w:rPr>
              <w:t>병행</w:t>
            </w:r>
            <w:proofErr w:type="spellEnd"/>
          </w:p>
        </w:tc>
        <w:tc>
          <w:tcPr>
            <w:tcW w:w="7920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178063FB" w14:textId="77777777" w:rsidR="00D62A2A" w:rsidRPr="007E6820" w:rsidRDefault="00000000">
            <w:pPr>
              <w:spacing w:after="0"/>
              <w:rPr>
                <w:rFonts w:ascii="맑은 고딕" w:eastAsia="맑은 고딕" w:hAnsi="맑은 고딕"/>
                <w:sz w:val="16"/>
                <w:lang w:eastAsia="ko-KR"/>
              </w:rPr>
            </w:pPr>
            <w:r w:rsidRPr="007E6820">
              <w:rPr>
                <w:rFonts w:ascii="맑은 고딕" w:eastAsia="맑은 고딕" w:hAnsi="맑은 고딕"/>
                <w:color w:val="1F2633"/>
                <w:sz w:val="16"/>
                <w:lang w:eastAsia="ko-KR"/>
              </w:rPr>
              <w:t xml:space="preserve">□ 사용하지 </w:t>
            </w:r>
            <w:proofErr w:type="gramStart"/>
            <w:r w:rsidRPr="007E6820">
              <w:rPr>
                <w:rFonts w:ascii="맑은 고딕" w:eastAsia="맑은 고딕" w:hAnsi="맑은 고딕"/>
                <w:color w:val="1F2633"/>
                <w:sz w:val="16"/>
                <w:lang w:eastAsia="ko-KR"/>
              </w:rPr>
              <w:t>않음  □</w:t>
            </w:r>
            <w:proofErr w:type="gramEnd"/>
            <w:r w:rsidRPr="007E6820">
              <w:rPr>
                <w:rFonts w:ascii="맑은 고딕" w:eastAsia="맑은 고딕" w:hAnsi="맑은 고딕"/>
                <w:color w:val="1F2633"/>
                <w:sz w:val="16"/>
                <w:lang w:eastAsia="ko-KR"/>
              </w:rPr>
              <w:t xml:space="preserve"> 사용 예정 — </w:t>
            </w:r>
            <w:proofErr w:type="spellStart"/>
            <w:r w:rsidRPr="007E6820">
              <w:rPr>
                <w:rFonts w:ascii="맑은 고딕" w:eastAsia="맑은 고딕" w:hAnsi="맑은 고딕"/>
                <w:color w:val="1F2633"/>
                <w:sz w:val="16"/>
                <w:lang w:eastAsia="ko-KR"/>
              </w:rPr>
              <w:t>도구명</w:t>
            </w:r>
            <w:proofErr w:type="spellEnd"/>
            <w:r w:rsidRPr="007E6820">
              <w:rPr>
                <w:rFonts w:ascii="맑은 고딕" w:eastAsia="맑은 고딕" w:hAnsi="맑은 고딕"/>
                <w:color w:val="1F2633"/>
                <w:sz w:val="16"/>
                <w:lang w:eastAsia="ko-KR"/>
              </w:rPr>
              <w:t>: ___________________________</w:t>
            </w:r>
          </w:p>
        </w:tc>
      </w:tr>
      <w:tr w:rsidR="00ED570B" w14:paraId="24011118" w14:textId="77777777" w:rsidTr="00AB0355">
        <w:trPr>
          <w:jc w:val="center"/>
        </w:trPr>
        <w:tc>
          <w:tcPr>
            <w:tcW w:w="10152" w:type="dxa"/>
            <w:gridSpan w:val="2"/>
            <w:shd w:val="clear" w:color="auto" w:fill="F0FFF5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170488CE" w14:textId="421D1048" w:rsidR="00ED570B" w:rsidRPr="00821299" w:rsidRDefault="00ED570B" w:rsidP="00ED570B">
            <w:pPr>
              <w:spacing w:before="40" w:after="0"/>
              <w:rPr>
                <w:rFonts w:ascii="Calibri" w:eastAsia="맑은 고딕" w:hAnsi="Calibri" w:cs="Calibri"/>
                <w:b/>
                <w:bCs/>
                <w:color w:val="626B7A"/>
                <w:sz w:val="16"/>
                <w:szCs w:val="24"/>
                <w:lang w:eastAsia="ko-KR"/>
              </w:rPr>
            </w:pPr>
            <w:r w:rsidRPr="00821299">
              <w:rPr>
                <w:rFonts w:ascii="맑은 고딕" w:eastAsia="맑은 고딕" w:hAnsi="맑은 고딕" w:cs="맑은 고딕" w:hint="eastAsia"/>
                <w:b/>
                <w:bCs/>
                <w:color w:val="626B7A"/>
                <w:sz w:val="16"/>
                <w:szCs w:val="24"/>
                <w:lang w:eastAsia="ko-KR"/>
              </w:rPr>
              <w:t xml:space="preserve">※ 사전 프로젝트 수행 시 </w:t>
            </w:r>
            <w:proofErr w:type="spellStart"/>
            <w:r w:rsidRPr="00821299">
              <w:rPr>
                <w:rFonts w:ascii="맑은 고딕" w:eastAsia="맑은 고딕" w:hAnsi="맑은 고딕" w:cs="맑은 고딕" w:hint="eastAsia"/>
                <w:b/>
                <w:bCs/>
                <w:color w:val="626B7A"/>
                <w:sz w:val="16"/>
                <w:szCs w:val="24"/>
                <w:lang w:eastAsia="ko-KR"/>
              </w:rPr>
              <w:t>Genspark</w:t>
            </w:r>
            <w:proofErr w:type="spellEnd"/>
            <w:r w:rsidRPr="00821299">
              <w:rPr>
                <w:rFonts w:ascii="맑은 고딕" w:eastAsia="맑은 고딕" w:hAnsi="맑은 고딕" w:cs="맑은 고딕" w:hint="eastAsia"/>
                <w:b/>
                <w:bCs/>
                <w:color w:val="626B7A"/>
                <w:sz w:val="16"/>
                <w:szCs w:val="24"/>
                <w:lang w:eastAsia="ko-KR"/>
              </w:rPr>
              <w:t xml:space="preserve">를 </w:t>
            </w:r>
            <w:proofErr w:type="spellStart"/>
            <w:r w:rsidRPr="00821299">
              <w:rPr>
                <w:rFonts w:ascii="맑은 고딕" w:eastAsia="맑은 고딕" w:hAnsi="맑은 고딕" w:cs="맑은 고딕" w:hint="eastAsia"/>
                <w:b/>
                <w:bCs/>
                <w:color w:val="626B7A"/>
                <w:sz w:val="16"/>
                <w:szCs w:val="24"/>
                <w:lang w:eastAsia="ko-KR"/>
              </w:rPr>
              <w:t>자료조사·분석</w:t>
            </w:r>
            <w:proofErr w:type="spellEnd"/>
            <w:r w:rsidRPr="00821299">
              <w:rPr>
                <w:rFonts w:ascii="맑은 고딕" w:eastAsia="맑은 고딕" w:hAnsi="맑은 고딕" w:cs="맑은 고딕"/>
                <w:b/>
                <w:bCs/>
                <w:color w:val="626B7A"/>
                <w:sz w:val="16"/>
                <w:szCs w:val="24"/>
                <w:lang w:eastAsia="ko-KR"/>
              </w:rPr>
              <w:t>·</w:t>
            </w:r>
            <w:proofErr w:type="spellStart"/>
            <w:r w:rsidRPr="00821299">
              <w:rPr>
                <w:rFonts w:ascii="맑은 고딕" w:eastAsia="맑은 고딕" w:hAnsi="맑은 고딕" w:cs="맑은 고딕" w:hint="eastAsia"/>
                <w:b/>
                <w:bCs/>
                <w:color w:val="626B7A"/>
                <w:sz w:val="16"/>
                <w:szCs w:val="24"/>
                <w:lang w:eastAsia="ko-KR"/>
              </w:rPr>
              <w:t>협업·해결안</w:t>
            </w:r>
            <w:proofErr w:type="spellEnd"/>
            <w:r w:rsidRPr="00821299">
              <w:rPr>
                <w:rFonts w:ascii="맑은 고딕" w:eastAsia="맑은 고딕" w:hAnsi="맑은 고딕" w:cs="맑은 고딕" w:hint="eastAsia"/>
                <w:b/>
                <w:bCs/>
                <w:color w:val="626B7A"/>
                <w:sz w:val="16"/>
                <w:szCs w:val="24"/>
                <w:lang w:eastAsia="ko-KR"/>
              </w:rPr>
              <w:t xml:space="preserve"> 구체화 중 하나 이상의 과정에 사용하고, 예선 결과물에 활용 내용과 검증과정을 기재해야 합니다. 다른 AI 도구 병행 사용도 가능합니다.</w:t>
            </w:r>
          </w:p>
        </w:tc>
      </w:tr>
    </w:tbl>
    <w:p w14:paraId="0D5779E6" w14:textId="6357B620" w:rsidR="00D62A2A" w:rsidRPr="00C9772A" w:rsidRDefault="00000000">
      <w:pPr>
        <w:keepNext/>
        <w:pBdr>
          <w:bottom w:val="single" w:sz="10" w:space="3" w:color="00F05A"/>
        </w:pBdr>
        <w:spacing w:before="120" w:after="80"/>
        <w:rPr>
          <w:rFonts w:ascii="맑은 고딕" w:eastAsia="맑은 고딕" w:hAnsi="맑은 고딕"/>
        </w:rPr>
      </w:pPr>
      <w:r w:rsidRPr="00C9772A">
        <w:rPr>
          <w:rFonts w:ascii="맑은 고딕" w:eastAsia="맑은 고딕" w:hAnsi="맑은 고딕"/>
          <w:b/>
          <w:color w:val="0B1B52"/>
          <w:sz w:val="21"/>
        </w:rPr>
        <w:t xml:space="preserve">7. </w:t>
      </w:r>
      <w:proofErr w:type="spellStart"/>
      <w:r w:rsidRPr="00C9772A">
        <w:rPr>
          <w:rFonts w:ascii="맑은 고딕" w:eastAsia="맑은 고딕" w:hAnsi="맑은 고딕"/>
          <w:b/>
          <w:color w:val="0B1B52"/>
          <w:sz w:val="21"/>
        </w:rPr>
        <w:t>신청</w:t>
      </w:r>
      <w:proofErr w:type="spellEnd"/>
      <w:r w:rsidRPr="00C9772A">
        <w:rPr>
          <w:rFonts w:ascii="맑은 고딕" w:eastAsia="맑은 고딕" w:hAnsi="맑은 고딕"/>
          <w:b/>
          <w:color w:val="0B1B52"/>
          <w:sz w:val="21"/>
        </w:rPr>
        <w:t xml:space="preserve"> </w:t>
      </w:r>
      <w:proofErr w:type="spellStart"/>
      <w:r w:rsidRPr="00C9772A">
        <w:rPr>
          <w:rFonts w:ascii="맑은 고딕" w:eastAsia="맑은 고딕" w:hAnsi="맑은 고딕"/>
          <w:b/>
          <w:color w:val="0B1B52"/>
          <w:sz w:val="21"/>
        </w:rPr>
        <w:t>확인</w:t>
      </w:r>
      <w:proofErr w:type="spellEnd"/>
      <w:r w:rsidRPr="00C9772A">
        <w:rPr>
          <w:rFonts w:ascii="맑은 고딕" w:eastAsia="맑은 고딕" w:hAnsi="맑은 고딕"/>
          <w:b/>
          <w:color w:val="0B1B52"/>
          <w:sz w:val="21"/>
        </w:rPr>
        <w:t xml:space="preserve"> 및 </w:t>
      </w:r>
      <w:proofErr w:type="spellStart"/>
      <w:r w:rsidRPr="00C9772A">
        <w:rPr>
          <w:rFonts w:ascii="맑은 고딕" w:eastAsia="맑은 고딕" w:hAnsi="맑은 고딕"/>
          <w:b/>
          <w:color w:val="0B1B52"/>
          <w:sz w:val="21"/>
        </w:rPr>
        <w:t>서약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53"/>
        <w:gridCol w:w="6953"/>
      </w:tblGrid>
      <w:tr w:rsidR="00821299" w:rsidRPr="00C9772A" w14:paraId="78633512" w14:textId="77777777" w:rsidTr="00821299">
        <w:trPr>
          <w:trHeight w:val="298"/>
          <w:jc w:val="center"/>
        </w:trPr>
        <w:tc>
          <w:tcPr>
            <w:tcW w:w="3253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shd w:val="clear" w:color="auto" w:fill="F3F5F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314BDEA1" w14:textId="77777777" w:rsidR="00821299" w:rsidRPr="007E6820" w:rsidRDefault="00821299">
            <w:pPr>
              <w:spacing w:after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proofErr w:type="spellStart"/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  <w:szCs w:val="16"/>
              </w:rPr>
              <w:t>신청일</w:t>
            </w:r>
            <w:proofErr w:type="spellEnd"/>
          </w:p>
        </w:tc>
        <w:tc>
          <w:tcPr>
            <w:tcW w:w="6953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46A88B92" w14:textId="77777777" w:rsidR="00821299" w:rsidRPr="007E6820" w:rsidRDefault="00821299" w:rsidP="00821299">
            <w:pPr>
              <w:spacing w:after="0"/>
              <w:rPr>
                <w:rFonts w:ascii="맑은 고딕" w:eastAsia="맑은 고딕" w:hAnsi="맑은 고딕"/>
                <w:sz w:val="16"/>
                <w:szCs w:val="16"/>
              </w:rPr>
            </w:pPr>
            <w:r w:rsidRPr="007E6820">
              <w:rPr>
                <w:rFonts w:ascii="맑은 고딕" w:eastAsia="맑은 고딕" w:hAnsi="맑은 고딕"/>
                <w:color w:val="1F2633"/>
                <w:sz w:val="16"/>
                <w:szCs w:val="16"/>
              </w:rPr>
              <w:t>2026년      월      일</w:t>
            </w:r>
          </w:p>
        </w:tc>
      </w:tr>
      <w:tr w:rsidR="00821299" w:rsidRPr="00C9772A" w14:paraId="38A673A9" w14:textId="77777777" w:rsidTr="00821299">
        <w:trPr>
          <w:trHeight w:val="309"/>
          <w:jc w:val="center"/>
        </w:trPr>
        <w:tc>
          <w:tcPr>
            <w:tcW w:w="3253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shd w:val="clear" w:color="auto" w:fill="F3F5F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10F7F611" w14:textId="028165CC" w:rsidR="00821299" w:rsidRPr="007E6820" w:rsidRDefault="00821299">
            <w:pPr>
              <w:spacing w:after="0"/>
              <w:jc w:val="center"/>
              <w:rPr>
                <w:rFonts w:ascii="맑은 고딕" w:eastAsia="맑은 고딕" w:hAnsi="맑은 고딕"/>
                <w:sz w:val="16"/>
                <w:szCs w:val="16"/>
                <w:lang w:eastAsia="ko-KR"/>
              </w:rPr>
            </w:pPr>
            <w:proofErr w:type="gramStart"/>
            <w:r w:rsidRPr="007E6820">
              <w:rPr>
                <w:rFonts w:ascii="맑은 고딕" w:eastAsia="맑은 고딕" w:hAnsi="맑은 고딕"/>
                <w:b/>
                <w:color w:val="0B1B52"/>
                <w:sz w:val="16"/>
                <w:szCs w:val="16"/>
              </w:rPr>
              <w:t>팀</w:t>
            </w:r>
            <w:r>
              <w:rPr>
                <w:rFonts w:ascii="맑은 고딕" w:eastAsia="맑은 고딕" w:hAnsi="맑은 고딕" w:hint="eastAsia"/>
                <w:b/>
                <w:color w:val="0B1B52"/>
                <w:sz w:val="16"/>
                <w:szCs w:val="16"/>
                <w:lang w:eastAsia="ko-KR"/>
              </w:rPr>
              <w:t>명 /</w:t>
            </w:r>
            <w:proofErr w:type="gramEnd"/>
            <w:r>
              <w:rPr>
                <w:rFonts w:ascii="맑은 고딕" w:eastAsia="맑은 고딕" w:hAnsi="맑은 고딕" w:hint="eastAsia"/>
                <w:b/>
                <w:color w:val="0B1B52"/>
                <w:sz w:val="16"/>
                <w:szCs w:val="16"/>
                <w:lang w:eastAsia="ko-KR"/>
              </w:rPr>
              <w:t xml:space="preserve"> 대표자</w:t>
            </w:r>
          </w:p>
        </w:tc>
        <w:tc>
          <w:tcPr>
            <w:tcW w:w="6953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13A7ADD7" w14:textId="2481D6DB" w:rsidR="00821299" w:rsidRPr="00821299" w:rsidRDefault="00821299" w:rsidP="00821299">
            <w:pPr>
              <w:spacing w:after="0"/>
              <w:rPr>
                <w:rFonts w:ascii="맑은 고딕" w:eastAsia="맑은 고딕" w:hAnsi="맑은 고딕"/>
                <w:iCs/>
                <w:sz w:val="16"/>
                <w:szCs w:val="16"/>
              </w:rPr>
            </w:pPr>
            <w:proofErr w:type="spellStart"/>
            <w:r w:rsidRPr="00821299">
              <w:rPr>
                <w:rFonts w:ascii="맑은 고딕" w:eastAsia="맑은 고딕" w:hAnsi="맑은 고딕"/>
                <w:iCs/>
                <w:color w:val="9AA3AF"/>
                <w:sz w:val="16"/>
                <w:szCs w:val="16"/>
                <w:lang w:eastAsia="ko-KR"/>
              </w:rPr>
              <w:t>팀명</w:t>
            </w:r>
            <w:proofErr w:type="spellEnd"/>
            <w:r w:rsidRPr="00821299">
              <w:rPr>
                <w:rFonts w:ascii="맑은 고딕" w:eastAsia="맑은 고딕" w:hAnsi="맑은 고딕"/>
                <w:iCs/>
                <w:color w:val="9AA3AF"/>
                <w:sz w:val="16"/>
                <w:szCs w:val="16"/>
                <w:lang w:eastAsia="ko-KR"/>
              </w:rPr>
              <w:t>: ______________________   대표자 성명: ______________________</w:t>
            </w:r>
          </w:p>
        </w:tc>
      </w:tr>
      <w:tr w:rsidR="00821299" w:rsidRPr="00C9772A" w14:paraId="4DEAB6C8" w14:textId="77777777" w:rsidTr="00821299">
        <w:trPr>
          <w:trHeight w:val="298"/>
          <w:jc w:val="center"/>
        </w:trPr>
        <w:tc>
          <w:tcPr>
            <w:tcW w:w="3253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shd w:val="clear" w:color="auto" w:fill="F3F5F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64AFECBD" w14:textId="74FFC338" w:rsidR="00821299" w:rsidRPr="007E6820" w:rsidRDefault="00821299">
            <w:pPr>
              <w:spacing w:after="0"/>
              <w:jc w:val="center"/>
              <w:rPr>
                <w:rFonts w:ascii="맑은 고딕" w:eastAsia="맑은 고딕" w:hAnsi="맑은 고딕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hint="eastAsia"/>
                <w:b/>
                <w:color w:val="0B1B52"/>
                <w:sz w:val="16"/>
                <w:szCs w:val="16"/>
                <w:lang w:eastAsia="ko-KR"/>
              </w:rPr>
              <w:t>대표자 서명</w:t>
            </w:r>
          </w:p>
        </w:tc>
        <w:tc>
          <w:tcPr>
            <w:tcW w:w="6953" w:type="dxa"/>
            <w:tcBorders>
              <w:top w:val="single" w:sz="6" w:space="0" w:color="AEB7C4"/>
              <w:left w:val="single" w:sz="6" w:space="0" w:color="AEB7C4"/>
              <w:bottom w:val="single" w:sz="6" w:space="0" w:color="AEB7C4"/>
              <w:right w:val="single" w:sz="6" w:space="0" w:color="AEB7C4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4C1A0067" w14:textId="7FF63D66" w:rsidR="00821299" w:rsidRPr="00821299" w:rsidRDefault="00821299" w:rsidP="00821299">
            <w:pPr>
              <w:spacing w:after="0"/>
              <w:rPr>
                <w:rFonts w:ascii="맑은 고딕" w:eastAsia="맑은 고딕" w:hAnsi="맑은 고딕"/>
                <w:iCs/>
                <w:sz w:val="16"/>
                <w:szCs w:val="16"/>
              </w:rPr>
            </w:pPr>
            <w:r w:rsidRPr="00821299">
              <w:rPr>
                <w:rFonts w:ascii="맑은 고딕" w:eastAsia="맑은 고딕" w:hAnsi="맑은 고딕"/>
                <w:iCs/>
                <w:color w:val="9AA3AF"/>
                <w:sz w:val="16"/>
                <w:szCs w:val="16"/>
              </w:rPr>
              <w:t>_____________________ (</w:t>
            </w:r>
            <w:proofErr w:type="spellStart"/>
            <w:r w:rsidRPr="00821299">
              <w:rPr>
                <w:rFonts w:ascii="맑은 고딕" w:eastAsia="맑은 고딕" w:hAnsi="맑은 고딕"/>
                <w:iCs/>
                <w:color w:val="9AA3AF"/>
                <w:sz w:val="16"/>
                <w:szCs w:val="16"/>
              </w:rPr>
              <w:t>서명</w:t>
            </w:r>
            <w:proofErr w:type="spellEnd"/>
            <w:r w:rsidRPr="00821299">
              <w:rPr>
                <w:rFonts w:ascii="맑은 고딕" w:eastAsia="맑은 고딕" w:hAnsi="맑은 고딕"/>
                <w:iCs/>
                <w:color w:val="9AA3AF"/>
                <w:sz w:val="16"/>
                <w:szCs w:val="16"/>
              </w:rPr>
              <w:t xml:space="preserve"> </w:t>
            </w:r>
            <w:proofErr w:type="spellStart"/>
            <w:r w:rsidRPr="00821299">
              <w:rPr>
                <w:rFonts w:ascii="맑은 고딕" w:eastAsia="맑은 고딕" w:hAnsi="맑은 고딕"/>
                <w:iCs/>
                <w:color w:val="9AA3AF"/>
                <w:sz w:val="16"/>
                <w:szCs w:val="16"/>
              </w:rPr>
              <w:t>또는</w:t>
            </w:r>
            <w:proofErr w:type="spellEnd"/>
            <w:r w:rsidRPr="00821299">
              <w:rPr>
                <w:rFonts w:ascii="맑은 고딕" w:eastAsia="맑은 고딕" w:hAnsi="맑은 고딕"/>
                <w:iCs/>
                <w:color w:val="9AA3AF"/>
                <w:sz w:val="16"/>
                <w:szCs w:val="16"/>
              </w:rPr>
              <w:t xml:space="preserve"> </w:t>
            </w:r>
            <w:proofErr w:type="spellStart"/>
            <w:r w:rsidRPr="00821299">
              <w:rPr>
                <w:rFonts w:ascii="맑은 고딕" w:eastAsia="맑은 고딕" w:hAnsi="맑은 고딕"/>
                <w:iCs/>
                <w:color w:val="9AA3AF"/>
                <w:sz w:val="16"/>
                <w:szCs w:val="16"/>
              </w:rPr>
              <w:t>전자서명</w:t>
            </w:r>
            <w:proofErr w:type="spellEnd"/>
            <w:r w:rsidRPr="00821299">
              <w:rPr>
                <w:rFonts w:ascii="맑은 고딕" w:eastAsia="맑은 고딕" w:hAnsi="맑은 고딕"/>
                <w:iCs/>
                <w:color w:val="9AA3AF"/>
                <w:sz w:val="16"/>
                <w:szCs w:val="16"/>
              </w:rPr>
              <w:t>)</w:t>
            </w:r>
          </w:p>
        </w:tc>
      </w:tr>
    </w:tbl>
    <w:p w14:paraId="4072FDE8" w14:textId="77777777" w:rsidR="00D62A2A" w:rsidRPr="00C9772A" w:rsidRDefault="00000000">
      <w:pPr>
        <w:spacing w:before="120" w:after="80"/>
        <w:jc w:val="center"/>
        <w:rPr>
          <w:rFonts w:ascii="맑은 고딕" w:eastAsia="맑은 고딕" w:hAnsi="맑은 고딕"/>
          <w:lang w:eastAsia="ko-KR"/>
        </w:rPr>
      </w:pPr>
      <w:r w:rsidRPr="00C9772A">
        <w:rPr>
          <w:rFonts w:ascii="맑은 고딕" w:eastAsia="맑은 고딕" w:hAnsi="맑은 고딕"/>
          <w:b/>
          <w:color w:val="0B1B52"/>
          <w:sz w:val="21"/>
          <w:lang w:eastAsia="ko-KR"/>
        </w:rPr>
        <w:t>2026 스마트건설·안전·AI 엑스포 사무국 귀하</w:t>
      </w:r>
    </w:p>
    <w:p w14:paraId="509E2E04" w14:textId="475CFC63" w:rsidR="00D62A2A" w:rsidRPr="007E6820" w:rsidRDefault="00000000" w:rsidP="007E6820">
      <w:pPr>
        <w:jc w:val="right"/>
        <w:rPr>
          <w:rFonts w:ascii="맑은 고딕" w:eastAsia="맑은 고딕" w:hAnsi="맑은 고딕"/>
          <w:lang w:eastAsia="ko-KR"/>
        </w:rPr>
      </w:pPr>
      <w:r w:rsidRPr="007E6820">
        <w:rPr>
          <w:rFonts w:ascii="맑은 고딕" w:eastAsia="맑은 고딕" w:hAnsi="맑은 고딕"/>
          <w:lang w:eastAsia="ko-KR"/>
        </w:rPr>
        <w:br w:type="page"/>
      </w:r>
      <w:r w:rsidRPr="007E6820">
        <w:rPr>
          <w:rFonts w:ascii="맑은 고딕" w:eastAsia="맑은 고딕" w:hAnsi="맑은 고딕"/>
          <w:b/>
          <w:color w:val="626B7A"/>
          <w:sz w:val="17"/>
          <w:lang w:eastAsia="ko-KR"/>
        </w:rPr>
        <w:lastRenderedPageBreak/>
        <w:t>첨부 2</w:t>
      </w:r>
    </w:p>
    <w:p w14:paraId="5F583A60" w14:textId="6F8236F4" w:rsidR="00D62A2A" w:rsidRDefault="00000000">
      <w:pPr>
        <w:jc w:val="center"/>
        <w:rPr>
          <w:rFonts w:ascii="HY헤드라인M" w:eastAsia="HY헤드라인M" w:hint="eastAsia"/>
          <w:b/>
          <w:color w:val="0B1B52"/>
          <w:sz w:val="33"/>
          <w:lang w:eastAsia="ko-KR"/>
        </w:rPr>
      </w:pPr>
      <w:r w:rsidRPr="007E6820">
        <w:rPr>
          <w:rFonts w:ascii="HY헤드라인M" w:eastAsia="HY헤드라인M" w:hint="eastAsia"/>
          <w:b/>
          <w:color w:val="0B1B52"/>
          <w:sz w:val="33"/>
          <w:lang w:eastAsia="ko-KR"/>
        </w:rPr>
        <w:t xml:space="preserve">개인정보 </w:t>
      </w:r>
      <w:r w:rsidR="00821299">
        <w:rPr>
          <w:rFonts w:ascii="HY헤드라인M" w:eastAsia="HY헤드라인M" w:hint="eastAsia"/>
          <w:b/>
          <w:color w:val="0B1B52"/>
          <w:sz w:val="33"/>
          <w:lang w:eastAsia="ko-KR"/>
        </w:rPr>
        <w:t>및 프로젝트 결과물 활용 동의서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52"/>
      </w:tblGrid>
      <w:tr w:rsidR="00821299" w14:paraId="65E372D5" w14:textId="77777777" w:rsidTr="00AB0355">
        <w:trPr>
          <w:jc w:val="center"/>
        </w:trPr>
        <w:tc>
          <w:tcPr>
            <w:tcW w:w="10152" w:type="dxa"/>
            <w:shd w:val="clear" w:color="auto" w:fill="F0FFF5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1904BD6B" w14:textId="406F20F9" w:rsidR="00821299" w:rsidRPr="00BC2E24" w:rsidRDefault="00821299" w:rsidP="00AB0355">
            <w:pPr>
              <w:spacing w:before="40" w:after="0"/>
              <w:ind w:firstLineChars="100" w:firstLine="170"/>
              <w:rPr>
                <w:rFonts w:ascii="맑은 고딕" w:eastAsia="맑은 고딕" w:hAnsi="맑은 고딕" w:cs="맑은 고딕"/>
                <w:b/>
                <w:bCs/>
                <w:color w:val="626B7A"/>
                <w:sz w:val="17"/>
                <w:szCs w:val="17"/>
                <w:lang w:eastAsia="ko-KR"/>
              </w:rPr>
            </w:pPr>
            <w:r w:rsidRPr="00BC2E24">
              <w:rPr>
                <w:rFonts w:ascii="맑은 고딕" w:eastAsia="맑은 고딕" w:hAnsi="맑은 고딕" w:hint="eastAsia"/>
                <w:b/>
                <w:bCs/>
                <w:color w:val="626B7A"/>
                <w:sz w:val="17"/>
                <w:szCs w:val="17"/>
                <w:lang w:eastAsia="ko-KR"/>
              </w:rPr>
              <w:t xml:space="preserve">본 동의서는 </w:t>
            </w:r>
            <w:proofErr w:type="spellStart"/>
            <w:r w:rsidRPr="00BC2E24">
              <w:rPr>
                <w:rFonts w:ascii="맑은 고딕" w:eastAsia="맑은 고딕" w:hAnsi="맑은 고딕" w:hint="eastAsia"/>
                <w:b/>
                <w:bCs/>
                <w:color w:val="626B7A"/>
                <w:sz w:val="17"/>
                <w:szCs w:val="17"/>
                <w:lang w:eastAsia="ko-KR"/>
              </w:rPr>
              <w:t>팀원별</w:t>
            </w:r>
            <w:proofErr w:type="spellEnd"/>
            <w:r w:rsidRPr="00BC2E24">
              <w:rPr>
                <w:rFonts w:ascii="맑은 고딕" w:eastAsia="맑은 고딕" w:hAnsi="맑은 고딕" w:hint="eastAsia"/>
                <w:b/>
                <w:bCs/>
                <w:color w:val="626B7A"/>
                <w:sz w:val="17"/>
                <w:szCs w:val="17"/>
                <w:lang w:eastAsia="ko-KR"/>
              </w:rPr>
              <w:t xml:space="preserve"> 개별 동의를 받습니다. 아래 1~5항을 읽은 후 마지막 페이지에서 해당 항목별로 동의 또는 미동의를 체크하고 서명해주세요. 선택 동의의 거부만으로 </w:t>
            </w:r>
            <w:proofErr w:type="spellStart"/>
            <w:r w:rsidRPr="00BC2E24">
              <w:rPr>
                <w:rFonts w:ascii="맑은 고딕" w:eastAsia="맑은 고딕" w:hAnsi="맑은 고딕" w:hint="eastAsia"/>
                <w:b/>
                <w:bCs/>
                <w:color w:val="626B7A"/>
                <w:sz w:val="17"/>
                <w:szCs w:val="17"/>
                <w:lang w:eastAsia="ko-KR"/>
              </w:rPr>
              <w:t>참가·심사</w:t>
            </w:r>
            <w:proofErr w:type="spellEnd"/>
            <w:r w:rsidRPr="00BC2E24">
              <w:rPr>
                <w:rFonts w:ascii="맑은 고딕" w:eastAsia="맑은 고딕" w:hAnsi="맑은 고딕"/>
                <w:b/>
                <w:bCs/>
                <w:color w:val="626B7A"/>
                <w:sz w:val="17"/>
                <w:szCs w:val="17"/>
                <w:lang w:eastAsia="ko-KR"/>
              </w:rPr>
              <w:t>·</w:t>
            </w:r>
            <w:r w:rsidRPr="00BC2E24">
              <w:rPr>
                <w:rFonts w:ascii="맑은 고딕" w:eastAsia="맑은 고딕" w:hAnsi="맑은 고딕" w:hint="eastAsia"/>
                <w:b/>
                <w:bCs/>
                <w:color w:val="626B7A"/>
                <w:sz w:val="17"/>
                <w:szCs w:val="17"/>
                <w:lang w:eastAsia="ko-KR"/>
              </w:rPr>
              <w:t>시상에 불이익이 없습니다.</w:t>
            </w:r>
          </w:p>
        </w:tc>
      </w:tr>
    </w:tbl>
    <w:p w14:paraId="4534A6D5" w14:textId="77777777" w:rsidR="00D62A2A" w:rsidRPr="007E6820" w:rsidRDefault="00D62A2A">
      <w:pPr>
        <w:pBdr>
          <w:bottom w:val="single" w:sz="18" w:space="1" w:color="00F05A"/>
        </w:pBdr>
        <w:spacing w:after="120"/>
        <w:rPr>
          <w:rFonts w:eastAsia="맑은 고딕" w:hint="eastAsia"/>
          <w:lang w:eastAsia="ko-KR"/>
        </w:rPr>
      </w:pPr>
    </w:p>
    <w:p w14:paraId="0FF1104D" w14:textId="77777777" w:rsidR="00D62A2A" w:rsidRDefault="00000000">
      <w:pPr>
        <w:spacing w:after="100"/>
        <w:rPr>
          <w:rFonts w:ascii="맑은 고딕" w:eastAsia="맑은 고딕" w:hAnsi="맑은 고딕"/>
          <w:b/>
          <w:color w:val="0B1B52"/>
          <w:sz w:val="20"/>
          <w:szCs w:val="24"/>
          <w:lang w:eastAsia="ko-KR"/>
        </w:rPr>
      </w:pPr>
      <w:proofErr w:type="spellStart"/>
      <w:r w:rsidRPr="007E6820">
        <w:rPr>
          <w:rFonts w:ascii="맑은 고딕" w:eastAsia="맑은 고딕" w:hAnsi="맑은 고딕"/>
          <w:b/>
          <w:color w:val="0B1B52"/>
          <w:sz w:val="20"/>
          <w:szCs w:val="24"/>
          <w:lang w:eastAsia="ko-KR"/>
        </w:rPr>
        <w:t>팀명</w:t>
      </w:r>
      <w:proofErr w:type="spellEnd"/>
      <w:r w:rsidRPr="007E6820">
        <w:rPr>
          <w:rFonts w:ascii="맑은 고딕" w:eastAsia="맑은 고딕" w:hAnsi="맑은 고딕"/>
          <w:b/>
          <w:color w:val="0B1B52"/>
          <w:sz w:val="20"/>
          <w:szCs w:val="24"/>
          <w:lang w:eastAsia="ko-KR"/>
        </w:rPr>
        <w:t>: ________________________________     팀 대표자: ________________________________</w:t>
      </w:r>
    </w:p>
    <w:p w14:paraId="15A46F78" w14:textId="77777777" w:rsidR="00323BFC" w:rsidRPr="00323BFC" w:rsidRDefault="00323BFC">
      <w:pPr>
        <w:spacing w:after="100"/>
        <w:rPr>
          <w:rFonts w:ascii="맑은 고딕" w:eastAsia="맑은 고딕" w:hAnsi="맑은 고딕"/>
          <w:sz w:val="10"/>
          <w:szCs w:val="10"/>
          <w:lang w:eastAsia="ko-KR"/>
        </w:rPr>
      </w:pPr>
    </w:p>
    <w:p w14:paraId="3264C6CF" w14:textId="77777777" w:rsidR="00BC2E24" w:rsidRPr="00BC2E24" w:rsidRDefault="00BC2E24" w:rsidP="00BC2E24">
      <w:pPr>
        <w:spacing w:before="160" w:after="120" w:line="283" w:lineRule="auto"/>
        <w:rPr>
          <w:rFonts w:ascii="맑은 고딕" w:eastAsia="맑은 고딕" w:hAnsi="맑은 고딕"/>
          <w:color w:val="182333"/>
          <w:sz w:val="18"/>
          <w:lang w:eastAsia="ko-KR"/>
        </w:rPr>
      </w:pPr>
      <w:r w:rsidRPr="00BC2E24">
        <w:rPr>
          <w:rFonts w:ascii="맑은 고딕" w:eastAsia="맑은 고딕" w:hAnsi="맑은 고딕"/>
          <w:b/>
          <w:color w:val="102653"/>
          <w:sz w:val="22"/>
          <w:lang w:eastAsia="ko-KR"/>
        </w:rPr>
        <w:t xml:space="preserve">1. 개인정보 수집·이용 </w:t>
      </w:r>
      <w:proofErr w:type="gramStart"/>
      <w:r w:rsidRPr="00BC2E24">
        <w:rPr>
          <w:rFonts w:ascii="맑은 고딕" w:eastAsia="맑은 고딕" w:hAnsi="맑은 고딕"/>
          <w:b/>
          <w:color w:val="102653"/>
          <w:sz w:val="22"/>
          <w:lang w:eastAsia="ko-KR"/>
        </w:rPr>
        <w:t>동의  [</w:t>
      </w:r>
      <w:proofErr w:type="gramEnd"/>
      <w:r w:rsidRPr="00BC2E24">
        <w:rPr>
          <w:rFonts w:ascii="맑은 고딕" w:eastAsia="맑은 고딕" w:hAnsi="맑은 고딕"/>
          <w:b/>
          <w:color w:val="102653"/>
          <w:sz w:val="22"/>
          <w:lang w:eastAsia="ko-KR"/>
        </w:rPr>
        <w:t>필수]</w:t>
      </w:r>
    </w:p>
    <w:tbl>
      <w:tblPr>
        <w:tblStyle w:val="af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98"/>
        <w:gridCol w:w="7767"/>
      </w:tblGrid>
      <w:tr w:rsidR="00BC2E24" w:rsidRPr="00BC2E24" w14:paraId="4573E719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F2BC53E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>개인정보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>처리자</w:t>
            </w:r>
            <w:proofErr w:type="spellEnd"/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D3AD7C2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BC2E24">
              <w:rPr>
                <w:rFonts w:ascii="맑은 고딕" w:eastAsia="맑은 고딕" w:hAnsi="맑은 고딕" w:cs="바탕" w:hint="eastAsia"/>
                <w:color w:val="182333"/>
                <w:sz w:val="17"/>
                <w:lang w:eastAsia="ko-KR"/>
              </w:rPr>
              <w:t>㈜</w:t>
            </w:r>
            <w:r w:rsidRPr="00BC2E24">
              <w:rPr>
                <w:rFonts w:ascii="맑은 고딕" w:eastAsia="맑은 고딕" w:hAnsi="맑은 고딕" w:cs="NanumGothic" w:hint="eastAsia"/>
                <w:color w:val="182333"/>
                <w:sz w:val="17"/>
                <w:lang w:eastAsia="ko-KR"/>
              </w:rPr>
              <w:t>메쎄이상</w:t>
            </w:r>
            <w:r w:rsidRPr="00BC2E24">
              <w:rPr>
                <w:rFonts w:ascii="맑은 고딕" w:eastAsia="맑은 고딕" w:hAnsi="맑은 고딕"/>
                <w:color w:val="182333"/>
                <w:sz w:val="17"/>
                <w:lang w:eastAsia="ko-KR"/>
              </w:rPr>
              <w:t xml:space="preserve"> (2026 SCX NEXT 청년 스마트건설 AI 랩 사무국)</w:t>
            </w:r>
          </w:p>
        </w:tc>
      </w:tr>
      <w:tr w:rsidR="00BC2E24" w:rsidRPr="00BC2E24" w14:paraId="20BCF0FF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A7577B6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>수집·이용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>목적</w:t>
            </w:r>
            <w:proofErr w:type="spellEnd"/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77E3B7C" w14:textId="281ACDEB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BC2E24">
              <w:rPr>
                <w:rFonts w:ascii="맑은 고딕" w:eastAsia="맑은 고딕" w:hAnsi="맑은 고딕"/>
                <w:color w:val="182333"/>
                <w:sz w:val="17"/>
                <w:lang w:eastAsia="ko-KR"/>
              </w:rPr>
              <w:t>참가신청 접수·참가자격 확인, 팀 운영·연락, 심사·</w:t>
            </w:r>
            <w:r w:rsidR="00955A33">
              <w:rPr>
                <w:rFonts w:ascii="맑은 고딕" w:eastAsia="맑은 고딕" w:hAnsi="맑은 고딕"/>
                <w:color w:val="182333"/>
                <w:sz w:val="17"/>
                <w:lang w:eastAsia="ko-KR"/>
              </w:rPr>
              <w:t>본선(결선)</w:t>
            </w:r>
            <w:r w:rsidRPr="00BC2E24">
              <w:rPr>
                <w:rFonts w:ascii="맑은 고딕" w:eastAsia="맑은 고딕" w:hAnsi="맑은 고딕"/>
                <w:color w:val="182333"/>
                <w:sz w:val="17"/>
                <w:lang w:eastAsia="ko-KR"/>
              </w:rPr>
              <w:t>·시상, 크레딧 지급 안내 및 대상자 확인, 대회 결과관리·민원 대응</w:t>
            </w:r>
          </w:p>
        </w:tc>
      </w:tr>
      <w:tr w:rsidR="00BC2E24" w:rsidRPr="00BC2E24" w14:paraId="5653CCBD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B761E2A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>수집·이용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>항목</w:t>
            </w:r>
            <w:proofErr w:type="spellEnd"/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D6FD539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7"/>
                <w:lang w:eastAsia="ko-KR"/>
              </w:rPr>
              <w:t>팀명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7"/>
                <w:lang w:eastAsia="ko-KR"/>
              </w:rPr>
              <w:t xml:space="preserve">, 성명, 생년월일, 휴대전화번호, 이메일, 소속·전공·직무, 참가자 유형·팀 내 역할, 참가동기·활동계획, 서명, 크레딧 신청자의 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7"/>
                <w:lang w:eastAsia="ko-KR"/>
              </w:rPr>
              <w:t>Genspark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7"/>
                <w:lang w:eastAsia="ko-KR"/>
              </w:rPr>
              <w:t xml:space="preserve"> 계정 이메일</w:t>
            </w:r>
          </w:p>
        </w:tc>
      </w:tr>
      <w:tr w:rsidR="00BC2E24" w:rsidRPr="00BC2E24" w14:paraId="17278ACE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7E2511D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>보유·이용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>기간</w:t>
            </w:r>
            <w:proofErr w:type="spellEnd"/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04EB94C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BC2E24">
              <w:rPr>
                <w:rFonts w:ascii="맑은 고딕" w:eastAsia="맑은 고딕" w:hAnsi="맑은 고딕"/>
                <w:color w:val="182333"/>
                <w:sz w:val="17"/>
                <w:lang w:eastAsia="ko-KR"/>
              </w:rPr>
              <w:t>행사 종료일(2026.11.27.)부터 1년인 2027.11.</w:t>
            </w:r>
            <w:proofErr w:type="gramStart"/>
            <w:r w:rsidRPr="00BC2E24">
              <w:rPr>
                <w:rFonts w:ascii="맑은 고딕" w:eastAsia="맑은 고딕" w:hAnsi="맑은 고딕"/>
                <w:color w:val="182333"/>
                <w:sz w:val="17"/>
                <w:lang w:eastAsia="ko-KR"/>
              </w:rPr>
              <w:t>27.</w:t>
            </w:r>
            <w:proofErr w:type="gramEnd"/>
            <w:r w:rsidRPr="00BC2E24">
              <w:rPr>
                <w:rFonts w:ascii="맑은 고딕" w:eastAsia="맑은 고딕" w:hAnsi="맑은 고딕"/>
                <w:color w:val="182333"/>
                <w:sz w:val="17"/>
                <w:lang w:eastAsia="ko-KR"/>
              </w:rPr>
              <w:t>까지. 관계법령상 보관 의무가 있는 정보는 그 법정 기간 보유</w:t>
            </w:r>
          </w:p>
        </w:tc>
      </w:tr>
      <w:tr w:rsidR="00BC2E24" w:rsidRPr="00BC2E24" w14:paraId="040721C0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304AD6B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>동의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>거부·불이익</w:t>
            </w:r>
            <w:proofErr w:type="spellEnd"/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57DBEA2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BC2E24">
              <w:rPr>
                <w:rFonts w:ascii="맑은 고딕" w:eastAsia="맑은 고딕" w:hAnsi="맑은 고딕"/>
                <w:color w:val="182333"/>
                <w:sz w:val="17"/>
                <w:lang w:eastAsia="ko-KR"/>
              </w:rPr>
              <w:t>동의를 거부할 수 있으나 필수사항 미동의 시 참가신청 접수 및 심사·시상 등 프로그램 참여가 제한될 수 있음</w:t>
            </w:r>
          </w:p>
        </w:tc>
      </w:tr>
      <w:tr w:rsidR="00BC2E24" w:rsidRPr="00BC2E24" w14:paraId="56C197AC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0A66E83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>문의·권리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>행사</w:t>
            </w:r>
            <w:proofErr w:type="spellEnd"/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BEA4E10" w14:textId="6C75EAE1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BC2E24">
              <w:rPr>
                <w:rFonts w:ascii="맑은 고딕" w:eastAsia="맑은 고딕" w:hAnsi="맑은 고딕" w:cs="바탕" w:hint="eastAsia"/>
                <w:color w:val="182333"/>
                <w:sz w:val="17"/>
                <w:lang w:eastAsia="ko-KR"/>
              </w:rPr>
              <w:t>㈜</w:t>
            </w:r>
            <w:r w:rsidRPr="00BC2E24">
              <w:rPr>
                <w:rFonts w:ascii="맑은 고딕" w:eastAsia="맑은 고딕" w:hAnsi="맑은 고딕" w:cs="NanumGothic" w:hint="eastAsia"/>
                <w:color w:val="182333"/>
                <w:sz w:val="17"/>
                <w:lang w:eastAsia="ko-KR"/>
              </w:rPr>
              <w:t>메쎄이상</w:t>
            </w:r>
            <w:r w:rsidRPr="00BC2E24">
              <w:rPr>
                <w:rFonts w:ascii="맑은 고딕" w:eastAsia="맑은 고딕" w:hAnsi="맑은 고딕"/>
                <w:color w:val="182333"/>
                <w:sz w:val="17"/>
                <w:lang w:eastAsia="ko-KR"/>
              </w:rPr>
              <w:t xml:space="preserve"> </w:t>
            </w:r>
            <w:proofErr w:type="gramStart"/>
            <w:r w:rsidR="006222AD">
              <w:rPr>
                <w:rFonts w:ascii="맑은 고딕" w:eastAsia="맑은 고딕" w:hAnsi="맑은 고딕" w:hint="eastAsia"/>
                <w:color w:val="182333"/>
                <w:sz w:val="17"/>
                <w:lang w:eastAsia="ko-KR"/>
              </w:rPr>
              <w:t>운영</w:t>
            </w:r>
            <w:r w:rsidRPr="00BC2E24">
              <w:rPr>
                <w:rFonts w:ascii="맑은 고딕" w:eastAsia="맑은 고딕" w:hAnsi="맑은 고딕"/>
                <w:color w:val="182333"/>
                <w:sz w:val="17"/>
                <w:lang w:eastAsia="ko-KR"/>
              </w:rPr>
              <w:t>사무국  |</w:t>
            </w:r>
            <w:proofErr w:type="gramEnd"/>
            <w:r w:rsidRPr="00BC2E24">
              <w:rPr>
                <w:rFonts w:ascii="맑은 고딕" w:eastAsia="맑은 고딕" w:hAnsi="맑은 고딕"/>
                <w:color w:val="182333"/>
                <w:sz w:val="17"/>
                <w:lang w:eastAsia="ko-KR"/>
              </w:rPr>
              <w:t xml:space="preserve">  </w:t>
            </w:r>
            <w:proofErr w:type="gramStart"/>
            <w:r w:rsidRPr="00BC2E24">
              <w:rPr>
                <w:rFonts w:ascii="맑은 고딕" w:eastAsia="맑은 고딕" w:hAnsi="맑은 고딕"/>
                <w:color w:val="182333"/>
                <w:sz w:val="17"/>
                <w:lang w:eastAsia="ko-KR"/>
              </w:rPr>
              <w:t>smartconexpo@esgroup.net  |</w:t>
            </w:r>
            <w:proofErr w:type="gramEnd"/>
            <w:r w:rsidRPr="00BC2E24">
              <w:rPr>
                <w:rFonts w:ascii="맑은 고딕" w:eastAsia="맑은 고딕" w:hAnsi="맑은 고딕"/>
                <w:color w:val="182333"/>
                <w:sz w:val="17"/>
                <w:lang w:eastAsia="ko-KR"/>
              </w:rPr>
              <w:t xml:space="preserve">  02-6121-6422</w:t>
            </w:r>
          </w:p>
        </w:tc>
      </w:tr>
    </w:tbl>
    <w:p w14:paraId="7E818923" w14:textId="77777777" w:rsidR="00323BFC" w:rsidRPr="00323BFC" w:rsidRDefault="00323BFC" w:rsidP="00BC2E24">
      <w:pPr>
        <w:spacing w:before="160" w:after="120" w:line="283" w:lineRule="auto"/>
        <w:rPr>
          <w:rFonts w:ascii="맑은 고딕" w:eastAsia="맑은 고딕" w:hAnsi="맑은 고딕"/>
          <w:b/>
          <w:color w:val="102653"/>
          <w:sz w:val="10"/>
          <w:szCs w:val="10"/>
          <w:lang w:eastAsia="ko-KR"/>
        </w:rPr>
      </w:pPr>
    </w:p>
    <w:p w14:paraId="6B55830A" w14:textId="2B86097E" w:rsidR="00BC2E24" w:rsidRPr="00BC2E24" w:rsidRDefault="00BC2E24" w:rsidP="00BC2E24">
      <w:pPr>
        <w:spacing w:before="160" w:after="120" w:line="283" w:lineRule="auto"/>
        <w:rPr>
          <w:rFonts w:ascii="맑은 고딕" w:eastAsia="맑은 고딕" w:hAnsi="맑은 고딕"/>
          <w:color w:val="182333"/>
          <w:sz w:val="18"/>
          <w:lang w:eastAsia="ko-KR"/>
        </w:rPr>
      </w:pPr>
      <w:r w:rsidRPr="00BC2E24">
        <w:rPr>
          <w:rFonts w:ascii="맑은 고딕" w:eastAsia="맑은 고딕" w:hAnsi="맑은 고딕"/>
          <w:b/>
          <w:color w:val="102653"/>
          <w:sz w:val="22"/>
          <w:lang w:eastAsia="ko-KR"/>
        </w:rPr>
        <w:t xml:space="preserve">2. 크레딧 지급용 제3자 제공·국외 이전 </w:t>
      </w:r>
      <w:proofErr w:type="gramStart"/>
      <w:r w:rsidRPr="00BC2E24">
        <w:rPr>
          <w:rFonts w:ascii="맑은 고딕" w:eastAsia="맑은 고딕" w:hAnsi="맑은 고딕"/>
          <w:b/>
          <w:color w:val="102653"/>
          <w:sz w:val="22"/>
          <w:lang w:eastAsia="ko-KR"/>
        </w:rPr>
        <w:t>동의</w:t>
      </w:r>
      <w:r w:rsidR="00323BFC">
        <w:rPr>
          <w:rFonts w:ascii="맑은 고딕" w:eastAsia="맑은 고딕" w:hAnsi="맑은 고딕" w:hint="eastAsia"/>
          <w:b/>
          <w:color w:val="102653"/>
          <w:sz w:val="22"/>
          <w:lang w:eastAsia="ko-KR"/>
        </w:rPr>
        <w:t xml:space="preserve"> </w:t>
      </w:r>
      <w:r w:rsidRPr="00BC2E24">
        <w:rPr>
          <w:rFonts w:ascii="맑은 고딕" w:eastAsia="맑은 고딕" w:hAnsi="맑은 고딕"/>
          <w:b/>
          <w:color w:val="102653"/>
          <w:sz w:val="22"/>
          <w:lang w:eastAsia="ko-KR"/>
        </w:rPr>
        <w:t xml:space="preserve"> [</w:t>
      </w:r>
      <w:proofErr w:type="gramEnd"/>
      <w:r w:rsidR="00323BFC">
        <w:rPr>
          <w:rFonts w:ascii="맑은 고딕" w:eastAsia="맑은 고딕" w:hAnsi="맑은 고딕" w:hint="eastAsia"/>
          <w:b/>
          <w:color w:val="102653"/>
          <w:sz w:val="22"/>
          <w:lang w:eastAsia="ko-KR"/>
        </w:rPr>
        <w:t>선택</w:t>
      </w:r>
      <w:r w:rsidRPr="00BC2E24">
        <w:rPr>
          <w:rFonts w:ascii="맑은 고딕" w:eastAsia="맑은 고딕" w:hAnsi="맑은 고딕"/>
          <w:b/>
          <w:color w:val="102653"/>
          <w:sz w:val="22"/>
          <w:lang w:eastAsia="ko-KR"/>
        </w:rPr>
        <w:t>]</w:t>
      </w:r>
    </w:p>
    <w:tbl>
      <w:tblPr>
        <w:tblStyle w:val="af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98"/>
        <w:gridCol w:w="7767"/>
      </w:tblGrid>
      <w:tr w:rsidR="00BC2E24" w:rsidRPr="00BC2E24" w14:paraId="19C812F5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A911556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제공받는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 xml:space="preserve"> 자</w:t>
            </w:r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AEC6413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>Genspark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 xml:space="preserve"> Inc. (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>MainFunc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>Inc.의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>완전자회사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 xml:space="preserve">) / 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>개인정보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>문의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>: privacy@genspark.ai</w:t>
            </w:r>
          </w:p>
        </w:tc>
      </w:tr>
      <w:tr w:rsidR="00BC2E24" w:rsidRPr="00BC2E24" w14:paraId="2C8ADE5D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B8C039E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제공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목적</w:t>
            </w:r>
            <w:proofErr w:type="spellEnd"/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5738A3C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 xml:space="preserve">참가자별 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Genspark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 xml:space="preserve"> 계정 확인, 30,000 크레딧(2개월) 지급, 크레딧 지급 오류 대응 및 해당 계정의 기술지원</w:t>
            </w:r>
          </w:p>
        </w:tc>
      </w:tr>
      <w:tr w:rsidR="00BC2E24" w:rsidRPr="00BC2E24" w14:paraId="7CC269F9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68162F6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제공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항목</w:t>
            </w:r>
            <w:proofErr w:type="spellEnd"/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CBE54A8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 xml:space="preserve">성명, 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팀명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 xml:space="preserve">, 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Genspark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 xml:space="preserve"> 가입 계정 </w:t>
            </w:r>
            <w:proofErr w:type="gramStart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이메일  [</w:t>
            </w:r>
            <w:proofErr w:type="gramEnd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생년월일·휴대전화번호·소속은 제공하지 않음]</w:t>
            </w:r>
          </w:p>
        </w:tc>
      </w:tr>
      <w:tr w:rsidR="00BC2E24" w:rsidRPr="00BC2E24" w14:paraId="046A80D1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9687775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이전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국가·시기</w:t>
            </w:r>
            <w:proofErr w:type="spellEnd"/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7BBA30A" w14:textId="67A81FE6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proofErr w:type="gramStart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미국 /</w:t>
            </w:r>
            <w:proofErr w:type="gramEnd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 xml:space="preserve"> 2026년 10월 </w:t>
            </w:r>
            <w:r w:rsidR="006222AD">
              <w:rPr>
                <w:rFonts w:ascii="맑은 고딕" w:eastAsia="맑은 고딕" w:hAnsi="맑은 고딕" w:hint="eastAsia"/>
                <w:color w:val="182333"/>
                <w:sz w:val="16"/>
                <w:lang w:eastAsia="ko-KR"/>
              </w:rPr>
              <w:t>19</w:t>
            </w:r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일~1</w:t>
            </w:r>
            <w:r w:rsidR="006222AD">
              <w:rPr>
                <w:rFonts w:ascii="맑은 고딕" w:eastAsia="맑은 고딕" w:hAnsi="맑은 고딕" w:hint="eastAsia"/>
                <w:color w:val="182333"/>
                <w:sz w:val="16"/>
                <w:lang w:eastAsia="ko-KR"/>
              </w:rPr>
              <w:t>0</w:t>
            </w:r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월 30일 중 참가신청·동의 및 계정 확인 후 순차 이전</w:t>
            </w:r>
          </w:p>
        </w:tc>
      </w:tr>
      <w:tr w:rsidR="00BC2E24" w:rsidRPr="00BC2E24" w14:paraId="3B8E1B96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4DC7EA9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이전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방법</w:t>
            </w:r>
            <w:proofErr w:type="spellEnd"/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9F3DDBB" w14:textId="12536982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BC2E24">
              <w:rPr>
                <w:rFonts w:ascii="맑은 고딕" w:eastAsia="맑은 고딕" w:hAnsi="맑은 고딕" w:cs="바탕" w:hint="eastAsia"/>
                <w:color w:val="182333"/>
                <w:sz w:val="16"/>
                <w:lang w:eastAsia="ko-KR"/>
              </w:rPr>
              <w:t>㈜</w:t>
            </w:r>
            <w:proofErr w:type="spellStart"/>
            <w:r w:rsidRPr="00BC2E24">
              <w:rPr>
                <w:rFonts w:ascii="맑은 고딕" w:eastAsia="맑은 고딕" w:hAnsi="맑은 고딕" w:cs="NanumGothic" w:hint="eastAsia"/>
                <w:color w:val="182333"/>
                <w:sz w:val="16"/>
                <w:lang w:eastAsia="ko-KR"/>
              </w:rPr>
              <w:t>메쎄이상이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 xml:space="preserve"> 명단 파일을 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Genspark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 xml:space="preserve"> 담당자 업무용 이메일로 전달</w:t>
            </w:r>
          </w:p>
        </w:tc>
      </w:tr>
      <w:tr w:rsidR="00BC2E24" w:rsidRPr="00BC2E24" w14:paraId="2E8993C8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5C51C5D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보유·이용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기간</w:t>
            </w:r>
            <w:proofErr w:type="spellEnd"/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5DDF195" w14:textId="3DFB50F4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해당 행사 크레딧 지급을 위한 별도 제공 명단: 202</w:t>
            </w:r>
            <w:r w:rsidR="006222AD">
              <w:rPr>
                <w:rFonts w:ascii="맑은 고딕" w:eastAsia="맑은 고딕" w:hAnsi="맑은 고딕" w:hint="eastAsia"/>
                <w:color w:val="182333"/>
                <w:sz w:val="16"/>
                <w:lang w:eastAsia="ko-KR"/>
              </w:rPr>
              <w:t>6</w:t>
            </w:r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 xml:space="preserve">년 </w:t>
            </w:r>
            <w:r w:rsidR="006222AD">
              <w:rPr>
                <w:rFonts w:ascii="맑은 고딕" w:eastAsia="맑은 고딕" w:hAnsi="맑은 고딕" w:hint="eastAsia"/>
                <w:color w:val="182333"/>
                <w:sz w:val="16"/>
                <w:lang w:eastAsia="ko-KR"/>
              </w:rPr>
              <w:t>11</w:t>
            </w:r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 xml:space="preserve">월 </w:t>
            </w:r>
            <w:r w:rsidR="006222AD">
              <w:rPr>
                <w:rFonts w:ascii="맑은 고딕" w:eastAsia="맑은 고딕" w:hAnsi="맑은 고딕" w:hint="eastAsia"/>
                <w:color w:val="182333"/>
                <w:sz w:val="16"/>
                <w:lang w:eastAsia="ko-KR"/>
              </w:rPr>
              <w:t>27</w:t>
            </w:r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 xml:space="preserve">일까지. 단, 참가자가 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Genspark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 xml:space="preserve">에 직접 가입하여 생성한 계정정보는 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Genspark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 xml:space="preserve"> 개인정보처리방침에 따라 별도 처리됨</w:t>
            </w:r>
          </w:p>
        </w:tc>
      </w:tr>
      <w:tr w:rsidR="00BC2E24" w:rsidRPr="00BC2E24" w14:paraId="566FC88C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EF73167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동의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거부·불이익</w:t>
            </w:r>
            <w:proofErr w:type="spellEnd"/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C2F1CC7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해당 국외 제공·이전에 동의하지 않을 수 있으며, 미동의 시 크레딧 지급 및 해당 계정 기술지원이 제한될 수 있으나 대회 참가·심사·시상에는 불이익 없음</w:t>
            </w:r>
          </w:p>
        </w:tc>
      </w:tr>
    </w:tbl>
    <w:p w14:paraId="351E6845" w14:textId="7957A513" w:rsidR="007A4D06" w:rsidRPr="00BC2E24" w:rsidRDefault="007A4D06">
      <w:pPr>
        <w:spacing w:before="60" w:after="0"/>
        <w:jc w:val="center"/>
        <w:rPr>
          <w:rFonts w:ascii="맑은 고딕" w:eastAsia="맑은 고딕" w:hAnsi="맑은 고딕"/>
          <w:b/>
          <w:color w:val="1F2633"/>
          <w:sz w:val="18"/>
          <w:lang w:eastAsia="ko-KR"/>
        </w:rPr>
      </w:pPr>
    </w:p>
    <w:p w14:paraId="3D9AE2C7" w14:textId="7CC9DE25" w:rsidR="00BC2E24" w:rsidRPr="00BC2E24" w:rsidRDefault="00BC2E24" w:rsidP="00BC2E24">
      <w:pPr>
        <w:spacing w:before="160" w:after="120" w:line="283" w:lineRule="auto"/>
        <w:rPr>
          <w:rFonts w:ascii="맑은 고딕" w:eastAsia="맑은 고딕" w:hAnsi="맑은 고딕"/>
          <w:color w:val="182333"/>
          <w:sz w:val="18"/>
          <w:lang w:eastAsia="ko-KR"/>
        </w:rPr>
      </w:pPr>
      <w:r w:rsidRPr="00BC2E24">
        <w:rPr>
          <w:rFonts w:ascii="맑은 고딕" w:eastAsia="맑은 고딕" w:hAnsi="맑은 고딕"/>
          <w:b/>
          <w:color w:val="102653"/>
          <w:sz w:val="22"/>
          <w:lang w:eastAsia="ko-KR"/>
        </w:rPr>
        <w:lastRenderedPageBreak/>
        <w:t xml:space="preserve">3. 사무국의 행사 </w:t>
      </w:r>
      <w:proofErr w:type="spellStart"/>
      <w:r w:rsidRPr="00BC2E24">
        <w:rPr>
          <w:rFonts w:ascii="맑은 고딕" w:eastAsia="맑은 고딕" w:hAnsi="맑은 고딕"/>
          <w:b/>
          <w:color w:val="102653"/>
          <w:sz w:val="22"/>
          <w:lang w:eastAsia="ko-KR"/>
        </w:rPr>
        <w:t>촬영물</w:t>
      </w:r>
      <w:proofErr w:type="spellEnd"/>
      <w:r w:rsidRPr="00BC2E24">
        <w:rPr>
          <w:rFonts w:ascii="맑은 고딕" w:eastAsia="맑은 고딕" w:hAnsi="맑은 고딕"/>
          <w:b/>
          <w:color w:val="102653"/>
          <w:sz w:val="22"/>
          <w:lang w:eastAsia="ko-KR"/>
        </w:rPr>
        <w:t xml:space="preserve">·성과 홍보 활용 </w:t>
      </w:r>
      <w:proofErr w:type="gramStart"/>
      <w:r w:rsidRPr="00BC2E24">
        <w:rPr>
          <w:rFonts w:ascii="맑은 고딕" w:eastAsia="맑은 고딕" w:hAnsi="맑은 고딕"/>
          <w:b/>
          <w:color w:val="102653"/>
          <w:sz w:val="22"/>
          <w:lang w:eastAsia="ko-KR"/>
        </w:rPr>
        <w:t>동의  [</w:t>
      </w:r>
      <w:proofErr w:type="gramEnd"/>
      <w:r w:rsidRPr="00BC2E24">
        <w:rPr>
          <w:rFonts w:ascii="맑은 고딕" w:eastAsia="맑은 고딕" w:hAnsi="맑은 고딕"/>
          <w:b/>
          <w:color w:val="102653"/>
          <w:sz w:val="22"/>
          <w:lang w:eastAsia="ko-KR"/>
        </w:rPr>
        <w:t>선택]</w:t>
      </w:r>
    </w:p>
    <w:tbl>
      <w:tblPr>
        <w:tblStyle w:val="af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98"/>
        <w:gridCol w:w="7767"/>
      </w:tblGrid>
      <w:tr w:rsidR="00BC2E24" w:rsidRPr="00BC2E24" w14:paraId="53630A4F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9FAB7F8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>이용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>주체</w:t>
            </w:r>
            <w:proofErr w:type="spellEnd"/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2709078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BC2E24">
              <w:rPr>
                <w:rFonts w:ascii="맑은 고딕" w:eastAsia="맑은 고딕" w:hAnsi="맑은 고딕" w:cs="바탕" w:hint="eastAsia"/>
                <w:color w:val="182333"/>
                <w:sz w:val="17"/>
                <w:lang w:eastAsia="ko-KR"/>
              </w:rPr>
              <w:t>㈜</w:t>
            </w:r>
            <w:r w:rsidRPr="00BC2E24">
              <w:rPr>
                <w:rFonts w:ascii="맑은 고딕" w:eastAsia="맑은 고딕" w:hAnsi="맑은 고딕" w:cs="NanumGothic" w:hint="eastAsia"/>
                <w:color w:val="182333"/>
                <w:sz w:val="17"/>
                <w:lang w:eastAsia="ko-KR"/>
              </w:rPr>
              <w:t>메쎄이상</w:t>
            </w:r>
            <w:r w:rsidRPr="00BC2E24">
              <w:rPr>
                <w:rFonts w:ascii="맑은 고딕" w:eastAsia="맑은 고딕" w:hAnsi="맑은 고딕"/>
                <w:color w:val="182333"/>
                <w:sz w:val="17"/>
                <w:lang w:eastAsia="ko-KR"/>
              </w:rPr>
              <w:t xml:space="preserve"> (2026 SCX NEXT 청년 스마트건설 AI 랩 사무국)</w:t>
            </w:r>
          </w:p>
        </w:tc>
      </w:tr>
      <w:tr w:rsidR="00BC2E24" w:rsidRPr="00BC2E24" w14:paraId="50EF455E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98F53D1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>활용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>목적</w:t>
            </w:r>
            <w:proofErr w:type="spellEnd"/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A8F279C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BC2E24">
              <w:rPr>
                <w:rFonts w:ascii="맑은 고딕" w:eastAsia="맑은 고딕" w:hAnsi="맑은 고딕"/>
                <w:color w:val="182333"/>
                <w:sz w:val="17"/>
                <w:lang w:eastAsia="ko-KR"/>
              </w:rPr>
              <w:t>행사 운영기록·결과보고, 행사 및 수상 성과 홍보, 후속 행사 안내자료 제작</w:t>
            </w:r>
          </w:p>
        </w:tc>
      </w:tr>
      <w:tr w:rsidR="00BC2E24" w:rsidRPr="00BC2E24" w14:paraId="3A3F282C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644FBBF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>활용·공개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>항목</w:t>
            </w:r>
            <w:proofErr w:type="spellEnd"/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F7A84A3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7"/>
                <w:lang w:eastAsia="ko-KR"/>
              </w:rPr>
              <w:t>팀명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7"/>
                <w:lang w:eastAsia="ko-KR"/>
              </w:rPr>
              <w:t>, 성명, 소속, 프로젝트명·내용, 발표·시상·행사 사진 및 영상(얼굴·음성 포함), 참가자가 제공한 결과물의 공개 가능 부분</w:t>
            </w:r>
          </w:p>
        </w:tc>
      </w:tr>
      <w:tr w:rsidR="00BC2E24" w:rsidRPr="00BC2E24" w14:paraId="74F75FC6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3F4FA5A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>활용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>매체</w:t>
            </w:r>
            <w:proofErr w:type="spellEnd"/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835046C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BC2E24">
              <w:rPr>
                <w:rFonts w:ascii="맑은 고딕" w:eastAsia="맑은 고딕" w:hAnsi="맑은 고딕"/>
                <w:color w:val="182333"/>
                <w:sz w:val="17"/>
                <w:lang w:eastAsia="ko-KR"/>
              </w:rPr>
              <w:t>행사 공식 홈페이지(smartconexpo.com), 사무국 공식 SNS, 행사 뉴스레터·보도자료, 행사 결과보고서·인쇄 홍보물, 언론 배포 자료</w:t>
            </w:r>
          </w:p>
        </w:tc>
      </w:tr>
      <w:tr w:rsidR="00BC2E24" w:rsidRPr="00BC2E24" w14:paraId="69D6E58F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1222624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>활용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>기간</w:t>
            </w:r>
            <w:proofErr w:type="spellEnd"/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61E0C9F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BC2E24">
              <w:rPr>
                <w:rFonts w:ascii="맑은 고딕" w:eastAsia="맑은 고딕" w:hAnsi="맑은 고딕"/>
                <w:color w:val="182333"/>
                <w:sz w:val="17"/>
                <w:lang w:eastAsia="ko-KR"/>
              </w:rPr>
              <w:t>행사 종료일(2026.11.27.)부터 3년인 2029.11.</w:t>
            </w:r>
            <w:proofErr w:type="gramStart"/>
            <w:r w:rsidRPr="00BC2E24">
              <w:rPr>
                <w:rFonts w:ascii="맑은 고딕" w:eastAsia="맑은 고딕" w:hAnsi="맑은 고딕"/>
                <w:color w:val="182333"/>
                <w:sz w:val="17"/>
                <w:lang w:eastAsia="ko-KR"/>
              </w:rPr>
              <w:t>27.까지</w:t>
            </w:r>
            <w:proofErr w:type="gramEnd"/>
            <w:r w:rsidRPr="00BC2E24">
              <w:rPr>
                <w:rFonts w:ascii="맑은 고딕" w:eastAsia="맑은 고딕" w:hAnsi="맑은 고딕"/>
                <w:color w:val="182333"/>
                <w:sz w:val="17"/>
                <w:lang w:eastAsia="ko-KR"/>
              </w:rPr>
              <w:t xml:space="preserve"> 또는 동의 철회 시까지. 권리자 확인 후 이용 중단·삭제를 요청할 수 있음</w:t>
            </w:r>
          </w:p>
        </w:tc>
      </w:tr>
      <w:tr w:rsidR="00BC2E24" w:rsidRPr="00BC2E24" w14:paraId="566C0A14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43188D2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>거부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 xml:space="preserve"> 및 </w:t>
            </w: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7"/>
              </w:rPr>
              <w:t>불이익</w:t>
            </w:r>
            <w:proofErr w:type="spellEnd"/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B5AD361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BC2E24">
              <w:rPr>
                <w:rFonts w:ascii="맑은 고딕" w:eastAsia="맑은 고딕" w:hAnsi="맑은 고딕"/>
                <w:color w:val="182333"/>
                <w:sz w:val="17"/>
                <w:lang w:eastAsia="ko-KR"/>
              </w:rPr>
              <w:t>선택 동의. 미동의해도 참가·심사·시상에 불이익 없음</w:t>
            </w:r>
          </w:p>
        </w:tc>
      </w:tr>
    </w:tbl>
    <w:p w14:paraId="538A985C" w14:textId="77777777" w:rsidR="00323BFC" w:rsidRPr="00323BFC" w:rsidRDefault="00323BFC" w:rsidP="00BC2E24">
      <w:pPr>
        <w:spacing w:before="160" w:after="120" w:line="283" w:lineRule="auto"/>
        <w:rPr>
          <w:rFonts w:ascii="맑은 고딕" w:eastAsia="맑은 고딕" w:hAnsi="맑은 고딕"/>
          <w:b/>
          <w:color w:val="102653"/>
          <w:sz w:val="10"/>
          <w:szCs w:val="10"/>
          <w:lang w:eastAsia="ko-KR"/>
        </w:rPr>
      </w:pPr>
    </w:p>
    <w:p w14:paraId="5D053A93" w14:textId="3C3ECD2D" w:rsidR="00BC2E24" w:rsidRPr="00BC2E24" w:rsidRDefault="00BC2E24" w:rsidP="00BC2E24">
      <w:pPr>
        <w:spacing w:before="160" w:after="120" w:line="283" w:lineRule="auto"/>
        <w:rPr>
          <w:rFonts w:ascii="맑은 고딕" w:eastAsia="맑은 고딕" w:hAnsi="맑은 고딕"/>
          <w:color w:val="182333"/>
          <w:sz w:val="18"/>
          <w:lang w:eastAsia="ko-KR"/>
        </w:rPr>
      </w:pPr>
      <w:r w:rsidRPr="00BC2E24">
        <w:rPr>
          <w:rFonts w:ascii="맑은 고딕" w:eastAsia="맑은 고딕" w:hAnsi="맑은 고딕"/>
          <w:b/>
          <w:color w:val="102653"/>
          <w:sz w:val="22"/>
          <w:lang w:eastAsia="ko-KR"/>
        </w:rPr>
        <w:t xml:space="preserve">4. </w:t>
      </w:r>
      <w:r w:rsidR="00955A33">
        <w:rPr>
          <w:rFonts w:ascii="맑은 고딕" w:eastAsia="맑은 고딕" w:hAnsi="맑은 고딕"/>
          <w:b/>
          <w:color w:val="102653"/>
          <w:sz w:val="22"/>
          <w:lang w:eastAsia="ko-KR"/>
        </w:rPr>
        <w:t>본선(결선)</w:t>
      </w:r>
      <w:r w:rsidRPr="00BC2E24">
        <w:rPr>
          <w:rFonts w:ascii="맑은 고딕" w:eastAsia="맑은 고딕" w:hAnsi="맑은 고딕"/>
          <w:b/>
          <w:color w:val="102653"/>
          <w:sz w:val="22"/>
          <w:lang w:eastAsia="ko-KR"/>
        </w:rPr>
        <w:t xml:space="preserve"> 프로젝트 </w:t>
      </w:r>
      <w:proofErr w:type="spellStart"/>
      <w:r w:rsidRPr="00BC2E24">
        <w:rPr>
          <w:rFonts w:ascii="맑은 고딕" w:eastAsia="맑은 고딕" w:hAnsi="맑은 고딕"/>
          <w:b/>
          <w:color w:val="102653"/>
          <w:sz w:val="22"/>
          <w:lang w:eastAsia="ko-KR"/>
        </w:rPr>
        <w:t>Genspark</w:t>
      </w:r>
      <w:proofErr w:type="spellEnd"/>
      <w:r w:rsidRPr="00BC2E24">
        <w:rPr>
          <w:rFonts w:ascii="맑은 고딕" w:eastAsia="맑은 고딕" w:hAnsi="맑은 고딕"/>
          <w:b/>
          <w:color w:val="102653"/>
          <w:sz w:val="22"/>
          <w:lang w:eastAsia="ko-KR"/>
        </w:rPr>
        <w:t xml:space="preserve"> 내부 열람·</w:t>
      </w:r>
      <w:proofErr w:type="gramStart"/>
      <w:r w:rsidRPr="00BC2E24">
        <w:rPr>
          <w:rFonts w:ascii="맑은 고딕" w:eastAsia="맑은 고딕" w:hAnsi="맑은 고딕"/>
          <w:b/>
          <w:color w:val="102653"/>
          <w:sz w:val="22"/>
          <w:lang w:eastAsia="ko-KR"/>
        </w:rPr>
        <w:t>검토  [</w:t>
      </w:r>
      <w:proofErr w:type="gramEnd"/>
      <w:r w:rsidRPr="00BC2E24">
        <w:rPr>
          <w:rFonts w:ascii="맑은 고딕" w:eastAsia="맑은 고딕" w:hAnsi="맑은 고딕"/>
          <w:b/>
          <w:color w:val="102653"/>
          <w:sz w:val="22"/>
          <w:lang w:eastAsia="ko-KR"/>
        </w:rPr>
        <w:t>선택]</w:t>
      </w:r>
    </w:p>
    <w:tbl>
      <w:tblPr>
        <w:tblStyle w:val="af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98"/>
        <w:gridCol w:w="7767"/>
      </w:tblGrid>
      <w:tr w:rsidR="00BC2E24" w:rsidRPr="00BC2E24" w14:paraId="245FF986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CA50DFE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제공받는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 xml:space="preserve"> 자</w:t>
            </w:r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3169506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>Genspark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 xml:space="preserve"> Inc. (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>MainFunc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>Inc.의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>완전자회사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>) / privacy@genspark.ai</w:t>
            </w:r>
          </w:p>
        </w:tc>
      </w:tr>
      <w:tr w:rsidR="00BC2E24" w:rsidRPr="00BC2E24" w14:paraId="5D71FB00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0F44434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목적·이용범위</w:t>
            </w:r>
            <w:proofErr w:type="spellEnd"/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5E92D0D" w14:textId="6427119A" w:rsidR="00BC2E24" w:rsidRPr="00BC2E24" w:rsidRDefault="00955A33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본선(결선)</w:t>
            </w:r>
            <w:r w:rsidR="00BC2E24"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 xml:space="preserve">팀의 </w:t>
            </w:r>
            <w:proofErr w:type="spellStart"/>
            <w:r w:rsidR="00BC2E24"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Genspark</w:t>
            </w:r>
            <w:proofErr w:type="spellEnd"/>
            <w:r w:rsidR="00BC2E24"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 xml:space="preserve"> 활용 사례 분석, 향후 교육·지원 프로그램 개선을 위한 </w:t>
            </w:r>
            <w:proofErr w:type="spellStart"/>
            <w:r w:rsidR="00BC2E24"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Genspark</w:t>
            </w:r>
            <w:proofErr w:type="spellEnd"/>
            <w:r w:rsidR="00BC2E24"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 xml:space="preserve"> 담당자의 비공개 내부 검토에 한정</w:t>
            </w:r>
          </w:p>
        </w:tc>
      </w:tr>
      <w:tr w:rsidR="00BC2E24" w:rsidRPr="00BC2E24" w14:paraId="3B1E8451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8B72070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제공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자료·정보</w:t>
            </w:r>
            <w:proofErr w:type="spellEnd"/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464690B" w14:textId="7896408C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 xml:space="preserve">해당 팀이 공유에 동의한 </w:t>
            </w:r>
            <w:r w:rsidR="00955A33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본선(결선)</w:t>
            </w:r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 xml:space="preserve"> 프로젝트명, 설명자료, 시연영상, 비공개 프로젝트 열람 링크 및 결과물 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발췌본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 xml:space="preserve">; 이에 포함된 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팀명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, 작성자 성명·소속·얼굴·음성 등 식별정보에 한함. 연락처·생년월일·계정 이메일은 제공하지 않음</w:t>
            </w:r>
          </w:p>
        </w:tc>
      </w:tr>
      <w:tr w:rsidR="00BC2E24" w:rsidRPr="00BC2E24" w14:paraId="3B8FABC8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CC6EF8B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이전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국가·시기</w:t>
            </w:r>
            <w:proofErr w:type="spellEnd"/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6E0725A" w14:textId="5ABF7F21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proofErr w:type="gramStart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미국 /</w:t>
            </w:r>
            <w:proofErr w:type="gramEnd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 xml:space="preserve"> 2026년 11월 25일~12월 15일 중 </w:t>
            </w:r>
            <w:r w:rsidR="00955A33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본선(결선)</w:t>
            </w:r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 xml:space="preserve"> 자료 확정·제공범위 확인 후 이전</w:t>
            </w:r>
          </w:p>
        </w:tc>
      </w:tr>
      <w:tr w:rsidR="00BC2E24" w:rsidRPr="00BC2E24" w14:paraId="59BF3E1C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1BDDD45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이전·열람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방법</w:t>
            </w:r>
            <w:proofErr w:type="spellEnd"/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BDE49BA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 xml:space="preserve">사무국이 접근권한을 지정한 비공개 열람 링크를 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Genspark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 xml:space="preserve"> 담당자 업무용 이메일로 전달</w:t>
            </w:r>
          </w:p>
        </w:tc>
      </w:tr>
      <w:tr w:rsidR="00BC2E24" w:rsidRPr="00BC2E24" w14:paraId="4F053AD7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8BE9456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보유·이용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기간</w:t>
            </w:r>
            <w:proofErr w:type="spellEnd"/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24D6AC0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본 행사 관련 별도 제공 자료 및 이에 포함된 개인정보: 2027년 11월 27일까지</w:t>
            </w:r>
          </w:p>
        </w:tc>
      </w:tr>
      <w:tr w:rsidR="00BC2E24" w:rsidRPr="00BC2E24" w14:paraId="7E6F6FE1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A91BE5B" w14:textId="77777777" w:rsidR="00606A7D" w:rsidRDefault="00606A7D" w:rsidP="00BC2E24">
            <w:pPr>
              <w:spacing w:after="0" w:line="288" w:lineRule="auto"/>
              <w:rPr>
                <w:rFonts w:ascii="맑은 고딕" w:eastAsia="맑은 고딕" w:hAnsi="맑은 고딕"/>
                <w:b/>
                <w:color w:val="102653"/>
                <w:sz w:val="16"/>
                <w:lang w:eastAsia="ko-KR"/>
              </w:rPr>
            </w:pPr>
            <w:r>
              <w:rPr>
                <w:rFonts w:ascii="맑은 고딕" w:eastAsia="맑은 고딕" w:hAnsi="맑은 고딕" w:hint="eastAsia"/>
                <w:b/>
                <w:color w:val="102653"/>
                <w:sz w:val="16"/>
                <w:lang w:eastAsia="ko-KR"/>
              </w:rPr>
              <w:t>결과물 권리 및</w:t>
            </w:r>
          </w:p>
          <w:p w14:paraId="16AF23F3" w14:textId="6E4079E8" w:rsidR="00BC2E24" w:rsidRPr="00BC2E24" w:rsidRDefault="00606A7D" w:rsidP="00BC2E24">
            <w:pPr>
              <w:spacing w:after="0" w:line="288" w:lineRule="auto"/>
              <w:rPr>
                <w:rFonts w:ascii="맑은 고딕" w:eastAsia="맑은 고딕" w:hAnsi="맑은 고딕" w:hint="eastAsia"/>
                <w:color w:val="182333"/>
                <w:sz w:val="18"/>
                <w:lang w:eastAsia="ko-KR"/>
              </w:rPr>
            </w:pPr>
            <w:r>
              <w:rPr>
                <w:rFonts w:ascii="맑은 고딕" w:eastAsia="맑은 고딕" w:hAnsi="맑은 고딕" w:hint="eastAsia"/>
                <w:b/>
                <w:color w:val="102653"/>
                <w:sz w:val="16"/>
                <w:lang w:eastAsia="ko-KR"/>
              </w:rPr>
              <w:t>현장 활용 안내</w:t>
            </w:r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802CC96" w14:textId="785929B1" w:rsidR="00BC2E24" w:rsidRPr="00FB4F58" w:rsidRDefault="00FB4F58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</w:pPr>
            <w:r>
              <w:rPr>
                <w:rFonts w:ascii="맑은 고딕" w:eastAsia="맑은 고딕" w:hAnsi="맑은 고딕" w:hint="eastAsia"/>
                <w:color w:val="182333"/>
                <w:sz w:val="16"/>
                <w:lang w:eastAsia="ko-KR"/>
              </w:rPr>
              <w:t xml:space="preserve">본 행사 관련 </w:t>
            </w:r>
            <w:r w:rsidR="00606A7D" w:rsidRPr="00606A7D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AI 생성 결과물 전체에 저작권이나 독점권이 성립함을 보장하지 않습니다.</w:t>
            </w:r>
            <w:r>
              <w:rPr>
                <w:rFonts w:ascii="맑은 고딕" w:eastAsia="맑은 고딕" w:hAnsi="맑은 고딕" w:hint="eastAsia"/>
                <w:color w:val="182333"/>
                <w:sz w:val="16"/>
                <w:lang w:eastAsia="ko-KR"/>
              </w:rPr>
              <w:t xml:space="preserve"> </w:t>
            </w:r>
            <w:r w:rsidR="00606A7D" w:rsidRPr="00606A7D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법률상 보호되는 창작 부분과 제3자의 권리는 관계법령 및 유효한 계약에 따르며, 참가·수상만으로</w:t>
            </w:r>
            <w:r>
              <w:rPr>
                <w:rFonts w:ascii="맑은 고딕" w:eastAsia="맑은 고딕" w:hAnsi="맑은 고딕" w:hint="eastAsia"/>
                <w:color w:val="182333"/>
                <w:sz w:val="16"/>
                <w:lang w:eastAsia="ko-KR"/>
              </w:rPr>
              <w:t xml:space="preserve"> </w:t>
            </w:r>
            <w:r w:rsidR="00606A7D" w:rsidRPr="00606A7D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주최측·사무국·</w:t>
            </w:r>
            <w:r>
              <w:rPr>
                <w:rFonts w:ascii="맑은 고딕" w:eastAsia="맑은 고딕" w:hAnsi="맑은 고딕" w:hint="eastAsia"/>
                <w:color w:val="182333"/>
                <w:sz w:val="16"/>
                <w:lang w:eastAsia="ko-KR"/>
              </w:rPr>
              <w:t xml:space="preserve"> </w:t>
            </w:r>
            <w:proofErr w:type="spellStart"/>
            <w:r w:rsidR="00606A7D" w:rsidRPr="00606A7D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Genspark</w:t>
            </w:r>
            <w:proofErr w:type="spellEnd"/>
            <w:r w:rsidR="00606A7D" w:rsidRPr="00606A7D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에 양도되지 않습니다. 결과물의 실제 현장 적용·상용화·기술이전은 권리관계와 이용조건을 확인하여 별도로 협의·계약합니다.</w:t>
            </w:r>
          </w:p>
        </w:tc>
      </w:tr>
      <w:tr w:rsidR="00BC2E24" w:rsidRPr="00BC2E24" w14:paraId="5C61F40B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423FF54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거부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 xml:space="preserve"> 및 </w:t>
            </w: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불이익</w:t>
            </w:r>
            <w:proofErr w:type="spellEnd"/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4070545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개인정보의 국외 제공·이전 및 해당 결과물의 내부 열람·이용을 선택적으로 거부할 수 있으며, 미동의에 따른 참가·심사·시상 불이익 없음</w:t>
            </w:r>
          </w:p>
        </w:tc>
      </w:tr>
    </w:tbl>
    <w:p w14:paraId="790F2C9A" w14:textId="77777777" w:rsidR="00323BFC" w:rsidRDefault="00323BFC" w:rsidP="00BC2E24">
      <w:pPr>
        <w:spacing w:after="0" w:line="302" w:lineRule="auto"/>
        <w:rPr>
          <w:rFonts w:ascii="맑은 고딕" w:eastAsia="맑은 고딕" w:hAnsi="맑은 고딕"/>
          <w:bCs/>
          <w:color w:val="808080" w:themeColor="background1" w:themeShade="80"/>
          <w:sz w:val="16"/>
          <w:lang w:eastAsia="ko-KR"/>
        </w:rPr>
      </w:pPr>
    </w:p>
    <w:p w14:paraId="7D65CE41" w14:textId="3492A6A1" w:rsidR="00BC2E24" w:rsidRPr="00BC2E24" w:rsidRDefault="00BC2E24" w:rsidP="00BC2E24">
      <w:pPr>
        <w:spacing w:after="0" w:line="302" w:lineRule="auto"/>
        <w:rPr>
          <w:rFonts w:ascii="맑은 고딕" w:eastAsia="맑은 고딕" w:hAnsi="맑은 고딕"/>
          <w:bCs/>
          <w:color w:val="808080" w:themeColor="background1" w:themeShade="80"/>
          <w:sz w:val="18"/>
          <w:lang w:eastAsia="ko-KR"/>
        </w:rPr>
      </w:pPr>
      <w:r w:rsidRPr="00BC2E24">
        <w:rPr>
          <w:rFonts w:ascii="맑은 고딕" w:eastAsia="맑은 고딕" w:hAnsi="맑은 고딕"/>
          <w:bCs/>
          <w:color w:val="808080" w:themeColor="background1" w:themeShade="80"/>
          <w:sz w:val="16"/>
          <w:lang w:eastAsia="ko-KR"/>
        </w:rPr>
        <w:t>※ 4-1. 제3자 제공, 4-2. 국외 이전, 4-3. 저작물 내부 열람 이용허락은 각각 별도 선택입니다. 모두 허용한 팀에 한해 제공하며, 제5항의 SNS 공개와는 별개입니다.</w:t>
      </w:r>
    </w:p>
    <w:p w14:paraId="386A1D3F" w14:textId="77777777" w:rsidR="00323BFC" w:rsidRDefault="00323BFC" w:rsidP="00BC2E24">
      <w:pPr>
        <w:spacing w:before="160" w:after="120" w:line="283" w:lineRule="auto"/>
        <w:rPr>
          <w:rFonts w:ascii="맑은 고딕" w:eastAsia="맑은 고딕" w:hAnsi="맑은 고딕"/>
          <w:b/>
          <w:color w:val="102653"/>
          <w:sz w:val="22"/>
          <w:lang w:eastAsia="ko-KR"/>
        </w:rPr>
      </w:pPr>
    </w:p>
    <w:p w14:paraId="64214F48" w14:textId="77777777" w:rsidR="00323BFC" w:rsidRDefault="00323BFC" w:rsidP="00BC2E24">
      <w:pPr>
        <w:spacing w:before="160" w:after="120" w:line="283" w:lineRule="auto"/>
        <w:rPr>
          <w:rFonts w:ascii="맑은 고딕" w:eastAsia="맑은 고딕" w:hAnsi="맑은 고딕" w:hint="eastAsia"/>
          <w:b/>
          <w:color w:val="102653"/>
          <w:sz w:val="22"/>
          <w:lang w:eastAsia="ko-KR"/>
        </w:rPr>
      </w:pPr>
    </w:p>
    <w:p w14:paraId="6AE75E05" w14:textId="6D74CABD" w:rsidR="00BC2E24" w:rsidRPr="00BC2E24" w:rsidRDefault="00BC2E24" w:rsidP="00BC2E24">
      <w:pPr>
        <w:spacing w:before="160" w:after="120" w:line="283" w:lineRule="auto"/>
        <w:rPr>
          <w:rFonts w:ascii="맑은 고딕" w:eastAsia="맑은 고딕" w:hAnsi="맑은 고딕"/>
          <w:color w:val="182333"/>
          <w:sz w:val="18"/>
          <w:lang w:eastAsia="ko-KR"/>
        </w:rPr>
      </w:pPr>
      <w:r w:rsidRPr="00BC2E24">
        <w:rPr>
          <w:rFonts w:ascii="맑은 고딕" w:eastAsia="맑은 고딕" w:hAnsi="맑은 고딕"/>
          <w:b/>
          <w:color w:val="102653"/>
          <w:sz w:val="22"/>
          <w:lang w:eastAsia="ko-KR"/>
        </w:rPr>
        <w:lastRenderedPageBreak/>
        <w:t xml:space="preserve">5. 우수 프로젝트 </w:t>
      </w:r>
      <w:proofErr w:type="spellStart"/>
      <w:r w:rsidRPr="00BC2E24">
        <w:rPr>
          <w:rFonts w:ascii="맑은 고딕" w:eastAsia="맑은 고딕" w:hAnsi="맑은 고딕"/>
          <w:b/>
          <w:color w:val="102653"/>
          <w:sz w:val="22"/>
          <w:lang w:eastAsia="ko-KR"/>
        </w:rPr>
        <w:t>Genspark</w:t>
      </w:r>
      <w:proofErr w:type="spellEnd"/>
      <w:r w:rsidRPr="00BC2E24">
        <w:rPr>
          <w:rFonts w:ascii="맑은 고딕" w:eastAsia="맑은 고딕" w:hAnsi="맑은 고딕"/>
          <w:b/>
          <w:color w:val="102653"/>
          <w:sz w:val="22"/>
          <w:lang w:eastAsia="ko-KR"/>
        </w:rPr>
        <w:t xml:space="preserve"> SNS·홈페이지 </w:t>
      </w:r>
      <w:proofErr w:type="gramStart"/>
      <w:r w:rsidRPr="00BC2E24">
        <w:rPr>
          <w:rFonts w:ascii="맑은 고딕" w:eastAsia="맑은 고딕" w:hAnsi="맑은 고딕"/>
          <w:b/>
          <w:color w:val="102653"/>
          <w:sz w:val="22"/>
          <w:lang w:eastAsia="ko-KR"/>
        </w:rPr>
        <w:t>홍보  [</w:t>
      </w:r>
      <w:proofErr w:type="gramEnd"/>
      <w:r w:rsidRPr="00BC2E24">
        <w:rPr>
          <w:rFonts w:ascii="맑은 고딕" w:eastAsia="맑은 고딕" w:hAnsi="맑은 고딕"/>
          <w:b/>
          <w:color w:val="102653"/>
          <w:sz w:val="22"/>
          <w:lang w:eastAsia="ko-KR"/>
        </w:rPr>
        <w:t>선택]</w:t>
      </w:r>
    </w:p>
    <w:tbl>
      <w:tblPr>
        <w:tblStyle w:val="af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98"/>
        <w:gridCol w:w="7767"/>
      </w:tblGrid>
      <w:tr w:rsidR="00BC2E24" w:rsidRPr="00BC2E24" w14:paraId="186FB0B4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90EE292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제공받는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자·문의</w:t>
            </w:r>
            <w:proofErr w:type="spellEnd"/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B16E583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>Genspark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 xml:space="preserve"> Inc. (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>MainFunc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>Inc.의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>완전자회사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>) / privacy@genspark.ai</w:t>
            </w:r>
          </w:p>
        </w:tc>
      </w:tr>
      <w:tr w:rsidR="00BC2E24" w:rsidRPr="00BC2E24" w14:paraId="11B9654F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FDAA244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홍보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목적</w:t>
            </w:r>
            <w:proofErr w:type="spellEnd"/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18FB902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우수 프로젝트 및 SCX NEXT 후원·지원 성과 소개, 사례 공유 및 청년 AI 활용 확산</w:t>
            </w:r>
          </w:p>
        </w:tc>
      </w:tr>
      <w:tr w:rsidR="00BC2E24" w:rsidRPr="00BC2E24" w14:paraId="6F9907CA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0704A8A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제공·공개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범위</w:t>
            </w:r>
            <w:proofErr w:type="spellEnd"/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EE84482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팀명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, 프로젝트명·개요, 수상 내역, 최종 승인된 결과물 이미지·도표·시연 화면·영상; 작성자 성명·소속·얼굴·음성은 해당 정보주체가 최종 확인한 경우에만 포함. 생년월일·연락처·계정 이메일은 공개하지 않음</w:t>
            </w:r>
          </w:p>
        </w:tc>
      </w:tr>
      <w:tr w:rsidR="00BC2E24" w:rsidRPr="00BC2E24" w14:paraId="20343D5C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CCCC50B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공식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게시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매체</w:t>
            </w:r>
            <w:proofErr w:type="spellEnd"/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6B03028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r w:rsidRPr="00BC2E24">
              <w:rPr>
                <w:rFonts w:ascii="맑은 고딕" w:eastAsia="맑은 고딕" w:hAnsi="맑은 고딕" w:cs="Cambria Math"/>
                <w:color w:val="182333"/>
                <w:sz w:val="16"/>
              </w:rPr>
              <w:t>①</w:t>
            </w:r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 xml:space="preserve"> X: x.com/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>genspark_ai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 xml:space="preserve"> 및 x.com/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>genspark_</w:t>
            </w:r>
            <w:proofErr w:type="gramStart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>Korea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 xml:space="preserve">  </w:t>
            </w:r>
            <w:r w:rsidRPr="00BC2E24">
              <w:rPr>
                <w:rFonts w:ascii="맑은 고딕" w:eastAsia="맑은 고딕" w:hAnsi="맑은 고딕" w:cs="Cambria Math"/>
                <w:color w:val="182333"/>
                <w:sz w:val="16"/>
              </w:rPr>
              <w:t>②</w:t>
            </w:r>
            <w:proofErr w:type="gramEnd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 xml:space="preserve"> Instagram: instagram.com/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>genspark_</w:t>
            </w:r>
            <w:proofErr w:type="gramStart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>ai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 xml:space="preserve">  </w:t>
            </w:r>
            <w:r w:rsidRPr="00BC2E24">
              <w:rPr>
                <w:rFonts w:ascii="맑은 고딕" w:eastAsia="맑은 고딕" w:hAnsi="맑은 고딕" w:cs="Cambria Math"/>
                <w:color w:val="182333"/>
                <w:sz w:val="16"/>
              </w:rPr>
              <w:t>③</w:t>
            </w:r>
            <w:proofErr w:type="gramEnd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 xml:space="preserve"> LinkedIn: linkedin.com/company/</w:t>
            </w:r>
            <w:proofErr w:type="spellStart"/>
            <w:proofErr w:type="gramStart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>gensparkai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 xml:space="preserve">  </w:t>
            </w:r>
            <w:r w:rsidRPr="00BC2E24">
              <w:rPr>
                <w:rFonts w:ascii="맑은 고딕" w:eastAsia="맑은 고딕" w:hAnsi="맑은 고딕" w:cs="Cambria Math"/>
                <w:color w:val="182333"/>
                <w:sz w:val="16"/>
              </w:rPr>
              <w:t>④</w:t>
            </w:r>
            <w:proofErr w:type="gramEnd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 xml:space="preserve"> YouTube: youtube.com/@</w:t>
            </w:r>
            <w:proofErr w:type="gramStart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 xml:space="preserve">GensparkProduct  </w:t>
            </w:r>
            <w:r w:rsidRPr="00BC2E24">
              <w:rPr>
                <w:rFonts w:ascii="맑은 고딕" w:eastAsia="맑은 고딕" w:hAnsi="맑은 고딕" w:cs="Cambria Math"/>
                <w:color w:val="182333"/>
                <w:sz w:val="16"/>
              </w:rPr>
              <w:t>⑤</w:t>
            </w:r>
            <w:proofErr w:type="gramEnd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>Genspark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>공식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>블로그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>: genspark.ai/ko/</w:t>
            </w:r>
            <w:proofErr w:type="gramStart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>blog  ※</w:t>
            </w:r>
            <w:proofErr w:type="gramEnd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 xml:space="preserve"> 그 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>밖의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>매체에는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>별도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>동의를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</w:rPr>
              <w:t>받음</w:t>
            </w:r>
            <w:proofErr w:type="spellEnd"/>
          </w:p>
        </w:tc>
      </w:tr>
      <w:tr w:rsidR="00BC2E24" w:rsidRPr="00BC2E24" w14:paraId="0537CFA7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F22A933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이전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국가·시기</w:t>
            </w:r>
            <w:proofErr w:type="spellEnd"/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FC1B489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proofErr w:type="gramStart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미국 /</w:t>
            </w:r>
            <w:proofErr w:type="gramEnd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 xml:space="preserve"> 2026년 11월 27일~2027년 1월 31일 중 우수작 선정 및 게시 자료 최종 승인 후 이전</w:t>
            </w:r>
          </w:p>
        </w:tc>
      </w:tr>
      <w:tr w:rsidR="00BC2E24" w:rsidRPr="00BC2E24" w14:paraId="6C2BF2D1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925F204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이전·공개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방법</w:t>
            </w:r>
            <w:proofErr w:type="spellEnd"/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FC24DB5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 xml:space="preserve">사무국이 승인된 홍보 콘텐츠를 비공개·접근제한 링크로 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Genspark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 xml:space="preserve"> 담당자에게 제공한 뒤, 위 공식 게시 매체에 공개</w:t>
            </w:r>
          </w:p>
        </w:tc>
      </w:tr>
      <w:tr w:rsidR="00BC2E24" w:rsidRPr="00BC2E24" w14:paraId="65BF891F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D0F2280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활용·보유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기간</w:t>
            </w:r>
            <w:proofErr w:type="spellEnd"/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8AB7BF6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 xml:space="preserve">2029년 11월 27일까지(행사 종료 후 3년) 또는 동의 철회 시까지. 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Genspark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 xml:space="preserve">가 관리하는 게시물은 기간 종료·철회 시 삭제·공개 중단 요청 처리. 다만 제3자의 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재게시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·검색 캐시 등은 완전 회수가 어려울 수 있음</w:t>
            </w:r>
          </w:p>
        </w:tc>
      </w:tr>
      <w:tr w:rsidR="00BC2E24" w:rsidRPr="00BC2E24" w14:paraId="03A30B05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FFC54BB" w14:textId="5C538408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최종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 xml:space="preserve"> </w:t>
            </w: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확인</w:t>
            </w:r>
            <w:proofErr w:type="spellEnd"/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E4B8E69" w14:textId="0AFD0AB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 xml:space="preserve">동의 범위는 위 채널·기간의 비독점적·무상 홍보 이용허락에 한정됩니다. 실제 게시에 앞서 사무국과 해당 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참가팀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 xml:space="preserve"> 및 노출 당사자가 게시 콘텐츠·문구·채널을 최종 확인합니다.</w:t>
            </w:r>
          </w:p>
        </w:tc>
      </w:tr>
      <w:tr w:rsidR="00BC2E24" w:rsidRPr="00BC2E24" w14:paraId="48441E4E" w14:textId="77777777" w:rsidTr="00AB0355">
        <w:trPr>
          <w:jc w:val="center"/>
        </w:trPr>
        <w:tc>
          <w:tcPr>
            <w:tcW w:w="2098" w:type="dxa"/>
            <w:shd w:val="clear" w:color="auto" w:fill="F2F4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0EA6D20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</w:rPr>
            </w:pP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거부</w:t>
            </w:r>
            <w:proofErr w:type="spellEnd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 xml:space="preserve"> 및 </w:t>
            </w:r>
            <w:proofErr w:type="spellStart"/>
            <w:r w:rsidRPr="00BC2E24">
              <w:rPr>
                <w:rFonts w:ascii="맑은 고딕" w:eastAsia="맑은 고딕" w:hAnsi="맑은 고딕"/>
                <w:b/>
                <w:color w:val="102653"/>
                <w:sz w:val="16"/>
              </w:rPr>
              <w:t>불이익</w:t>
            </w:r>
            <w:proofErr w:type="spellEnd"/>
          </w:p>
        </w:tc>
        <w:tc>
          <w:tcPr>
            <w:tcW w:w="776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C6921D7" w14:textId="77777777" w:rsidR="00BC2E24" w:rsidRPr="00BC2E24" w:rsidRDefault="00BC2E24" w:rsidP="00BC2E24">
            <w:pPr>
              <w:spacing w:after="0" w:line="288" w:lineRule="auto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 xml:space="preserve">선택 동의. 미동의 시 </w:t>
            </w:r>
            <w:proofErr w:type="spellStart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>Genspark</w:t>
            </w:r>
            <w:proofErr w:type="spellEnd"/>
            <w:r w:rsidRPr="00BC2E24">
              <w:rPr>
                <w:rFonts w:ascii="맑은 고딕" w:eastAsia="맑은 고딕" w:hAnsi="맑은 고딕"/>
                <w:color w:val="182333"/>
                <w:sz w:val="16"/>
                <w:lang w:eastAsia="ko-KR"/>
              </w:rPr>
              <w:t xml:space="preserve"> 자체 SNS에 식별 가능한 프로젝트 소개 자료를 제공·게시하지 않으며, 대회 참가·심사·시상 불이익 없음</w:t>
            </w:r>
          </w:p>
        </w:tc>
      </w:tr>
    </w:tbl>
    <w:p w14:paraId="784B7112" w14:textId="77777777" w:rsidR="00BC2E24" w:rsidRPr="00BC2E24" w:rsidRDefault="00BC2E24" w:rsidP="00BC2E24">
      <w:pPr>
        <w:spacing w:after="0" w:line="283" w:lineRule="auto"/>
        <w:rPr>
          <w:rFonts w:ascii="NanumGothic" w:eastAsia="NanumGothic" w:hAnsi="NanumGothic"/>
          <w:color w:val="182333"/>
          <w:sz w:val="18"/>
          <w:lang w:eastAsia="ko-K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57"/>
      </w:tblGrid>
      <w:tr w:rsidR="00BC2E24" w14:paraId="4DABCF94" w14:textId="77777777" w:rsidTr="00BC2E24">
        <w:trPr>
          <w:jc w:val="center"/>
        </w:trPr>
        <w:tc>
          <w:tcPr>
            <w:tcW w:w="10157" w:type="dxa"/>
            <w:shd w:val="clear" w:color="auto" w:fill="F0FFF5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183BEACF" w14:textId="29D5B3A0" w:rsidR="00BC2E24" w:rsidRPr="00821299" w:rsidRDefault="00BC2E24" w:rsidP="00BC2E24">
            <w:pPr>
              <w:spacing w:before="40" w:after="0"/>
              <w:rPr>
                <w:rFonts w:ascii="맑은 고딕" w:eastAsia="맑은 고딕" w:hAnsi="맑은 고딕" w:cs="맑은 고딕"/>
                <w:b/>
                <w:bCs/>
                <w:color w:val="626B7A"/>
                <w:sz w:val="16"/>
                <w:szCs w:val="24"/>
                <w:lang w:eastAsia="ko-KR"/>
              </w:rPr>
            </w:pPr>
            <w:r w:rsidRPr="00BC2E24">
              <w:rPr>
                <w:rFonts w:ascii="맑은 고딕" w:eastAsia="맑은 고딕" w:hAnsi="맑은 고딕"/>
                <w:b/>
                <w:bCs/>
                <w:color w:val="626B7A"/>
                <w:sz w:val="16"/>
                <w:szCs w:val="24"/>
                <w:lang w:eastAsia="ko-KR"/>
              </w:rPr>
              <w:t xml:space="preserve">※ 5-1. 개인정보 제3자 제공, 5-2. 개인정보 국외 이전, 5-3. 저작물 SNS 홍보 이용허락을 각각 선택합니다. 모두 허용하고 </w:t>
            </w:r>
            <w:proofErr w:type="spellStart"/>
            <w:r w:rsidRPr="00BC2E24">
              <w:rPr>
                <w:rFonts w:ascii="맑은 고딕" w:eastAsia="맑은 고딕" w:hAnsi="맑은 고딕"/>
                <w:b/>
                <w:bCs/>
                <w:color w:val="626B7A"/>
                <w:sz w:val="16"/>
                <w:szCs w:val="24"/>
                <w:lang w:eastAsia="ko-KR"/>
              </w:rPr>
              <w:t>게시안</w:t>
            </w:r>
            <w:proofErr w:type="spellEnd"/>
            <w:r w:rsidRPr="00BC2E24">
              <w:rPr>
                <w:rFonts w:ascii="맑은 고딕" w:eastAsia="맑은 고딕" w:hAnsi="맑은 고딕"/>
                <w:b/>
                <w:bCs/>
                <w:color w:val="626B7A"/>
                <w:sz w:val="16"/>
                <w:szCs w:val="24"/>
                <w:lang w:eastAsia="ko-KR"/>
              </w:rPr>
              <w:t xml:space="preserve"> 최종 승인을 완료한 경우에만 게재합니다. 외부 기업의 도면·데이터나 제3자 저작물은 별도 권리 확인이 필요합니다.</w:t>
            </w:r>
          </w:p>
        </w:tc>
      </w:tr>
    </w:tbl>
    <w:p w14:paraId="429F605D" w14:textId="123B9736" w:rsidR="007A4D06" w:rsidRPr="007A4D06" w:rsidRDefault="007A4D06" w:rsidP="00BC2E24">
      <w:pPr>
        <w:spacing w:before="60" w:after="0"/>
        <w:rPr>
          <w:rFonts w:ascii="맑은 고딕" w:eastAsia="맑은 고딕" w:hAnsi="맑은 고딕"/>
          <w:lang w:eastAsia="ko-KR"/>
        </w:rPr>
      </w:pPr>
    </w:p>
    <w:p w14:paraId="3112A94B" w14:textId="77777777" w:rsidR="00D62A2A" w:rsidRPr="007E6820" w:rsidRDefault="00000000">
      <w:pPr>
        <w:rPr>
          <w:rFonts w:ascii="맑은 고딕" w:eastAsia="맑은 고딕" w:hAnsi="맑은 고딕"/>
          <w:lang w:eastAsia="ko-KR"/>
        </w:rPr>
      </w:pPr>
      <w:r w:rsidRPr="007E6820">
        <w:rPr>
          <w:rFonts w:ascii="맑은 고딕" w:eastAsia="맑은 고딕" w:hAnsi="맑은 고딕"/>
          <w:lang w:eastAsia="ko-KR"/>
        </w:rPr>
        <w:br w:type="page"/>
      </w:r>
    </w:p>
    <w:p w14:paraId="33F57DBC" w14:textId="6EC2B025" w:rsidR="00D62A2A" w:rsidRPr="000450BB" w:rsidRDefault="00000000" w:rsidP="00BC2E24">
      <w:pPr>
        <w:spacing w:after="20"/>
        <w:ind w:right="1020"/>
        <w:jc w:val="right"/>
        <w:rPr>
          <w:rFonts w:ascii="맑은 고딕" w:eastAsia="맑은 고딕" w:hAnsi="맑은 고딕"/>
          <w:lang w:eastAsia="ko-KR"/>
        </w:rPr>
      </w:pPr>
      <w:r w:rsidRPr="000450BB">
        <w:rPr>
          <w:rFonts w:ascii="맑은 고딕" w:eastAsia="맑은 고딕" w:hAnsi="맑은 고딕"/>
          <w:b/>
          <w:color w:val="626B7A"/>
          <w:sz w:val="17"/>
          <w:lang w:eastAsia="ko-KR"/>
        </w:rPr>
        <w:lastRenderedPageBreak/>
        <w:t xml:space="preserve">첨부 </w:t>
      </w:r>
      <w:r w:rsidR="00323BFC">
        <w:rPr>
          <w:rFonts w:ascii="맑은 고딕" w:eastAsia="맑은 고딕" w:hAnsi="맑은 고딕" w:hint="eastAsia"/>
          <w:b/>
          <w:color w:val="626B7A"/>
          <w:sz w:val="17"/>
          <w:lang w:eastAsia="ko-KR"/>
        </w:rPr>
        <w:t>3</w:t>
      </w:r>
    </w:p>
    <w:p w14:paraId="5AA651BE" w14:textId="765F3CF4" w:rsidR="00D62A2A" w:rsidRPr="00323BFC" w:rsidRDefault="00323BFC" w:rsidP="00323BFC">
      <w:pPr>
        <w:jc w:val="center"/>
        <w:rPr>
          <w:rFonts w:ascii="맑은 고딕" w:eastAsia="맑은 고딕" w:hAnsi="맑은 고딕" w:hint="eastAsia"/>
          <w:b/>
          <w:color w:val="0B1B52"/>
          <w:sz w:val="33"/>
          <w:lang w:eastAsia="ko-KR"/>
        </w:rPr>
      </w:pPr>
      <w:proofErr w:type="spellStart"/>
      <w:r>
        <w:rPr>
          <w:rFonts w:ascii="맑은 고딕" w:eastAsia="맑은 고딕" w:hAnsi="맑은 고딕" w:hint="eastAsia"/>
          <w:b/>
          <w:color w:val="0B1B52"/>
          <w:sz w:val="33"/>
          <w:lang w:eastAsia="ko-KR"/>
        </w:rPr>
        <w:t>팀원별</w:t>
      </w:r>
      <w:proofErr w:type="spellEnd"/>
      <w:r>
        <w:rPr>
          <w:rFonts w:ascii="맑은 고딕" w:eastAsia="맑은 고딕" w:hAnsi="맑은 고딕" w:hint="eastAsia"/>
          <w:b/>
          <w:color w:val="0B1B52"/>
          <w:sz w:val="33"/>
          <w:lang w:eastAsia="ko-KR"/>
        </w:rPr>
        <w:t xml:space="preserve"> 동의 및 서명</w:t>
      </w:r>
    </w:p>
    <w:p w14:paraId="12FBA65F" w14:textId="77777777" w:rsidR="00323BFC" w:rsidRPr="007E6820" w:rsidRDefault="00323BFC" w:rsidP="00323BFC">
      <w:pPr>
        <w:pBdr>
          <w:bottom w:val="single" w:sz="18" w:space="1" w:color="00F05A"/>
        </w:pBdr>
        <w:spacing w:after="120"/>
        <w:rPr>
          <w:rFonts w:eastAsia="맑은 고딕" w:hint="eastAsia"/>
          <w:lang w:eastAsia="ko-KR"/>
        </w:rPr>
      </w:pPr>
    </w:p>
    <w:p w14:paraId="1C26D776" w14:textId="1AB99AAB" w:rsidR="00323BFC" w:rsidRPr="00323BFC" w:rsidRDefault="00323BFC" w:rsidP="00323BFC">
      <w:pPr>
        <w:spacing w:after="160" w:line="302" w:lineRule="auto"/>
        <w:rPr>
          <w:rFonts w:ascii="맑은 고딕" w:eastAsia="맑은 고딕" w:hAnsi="맑은 고딕" w:hint="eastAsia"/>
          <w:color w:val="182333"/>
          <w:sz w:val="18"/>
          <w:lang w:eastAsia="ko-KR"/>
        </w:rPr>
      </w:pPr>
      <w:r w:rsidRPr="00323BFC">
        <w:rPr>
          <w:rFonts w:ascii="맑은 고딕" w:eastAsia="맑은 고딕" w:hAnsi="맑은 고딕" w:hint="eastAsia"/>
          <w:color w:val="182333"/>
          <w:sz w:val="18"/>
          <w:lang w:eastAsia="ko-KR"/>
        </w:rPr>
        <w:t>앞의</w:t>
      </w:r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 xml:space="preserve"> </w:t>
      </w:r>
      <w:r w:rsidRPr="00323BFC">
        <w:rPr>
          <w:rFonts w:ascii="맑은 고딕" w:eastAsia="맑은 고딕" w:hAnsi="맑은 고딕" w:hint="eastAsia"/>
          <w:color w:val="182333"/>
          <w:sz w:val="18"/>
          <w:lang w:eastAsia="ko-KR"/>
        </w:rPr>
        <w:t>개인정보</w:t>
      </w:r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 xml:space="preserve"> </w:t>
      </w:r>
      <w:r w:rsidRPr="00323BFC">
        <w:rPr>
          <w:rFonts w:ascii="맑은 고딕" w:eastAsia="맑은 고딕" w:hAnsi="맑은 고딕" w:hint="eastAsia"/>
          <w:color w:val="182333"/>
          <w:sz w:val="18"/>
          <w:lang w:eastAsia="ko-KR"/>
        </w:rPr>
        <w:t>처리</w:t>
      </w:r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 xml:space="preserve"> </w:t>
      </w:r>
      <w:r w:rsidRPr="00323BFC">
        <w:rPr>
          <w:rFonts w:ascii="맑은 고딕" w:eastAsia="맑은 고딕" w:hAnsi="맑은 고딕" w:hint="eastAsia"/>
          <w:color w:val="182333"/>
          <w:sz w:val="18"/>
          <w:lang w:eastAsia="ko-KR"/>
        </w:rPr>
        <w:t>및</w:t>
      </w:r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 xml:space="preserve"> </w:t>
      </w:r>
      <w:r w:rsidRPr="00323BFC">
        <w:rPr>
          <w:rFonts w:ascii="맑은 고딕" w:eastAsia="맑은 고딕" w:hAnsi="맑은 고딕" w:hint="eastAsia"/>
          <w:color w:val="182333"/>
          <w:sz w:val="18"/>
          <w:lang w:eastAsia="ko-KR"/>
        </w:rPr>
        <w:t>결과물</w:t>
      </w:r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 xml:space="preserve"> </w:t>
      </w:r>
      <w:r w:rsidRPr="00323BFC">
        <w:rPr>
          <w:rFonts w:ascii="맑은 고딕" w:eastAsia="맑은 고딕" w:hAnsi="맑은 고딕" w:hint="eastAsia"/>
          <w:color w:val="182333"/>
          <w:sz w:val="18"/>
          <w:lang w:eastAsia="ko-KR"/>
        </w:rPr>
        <w:t>이용</w:t>
      </w:r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 xml:space="preserve"> </w:t>
      </w:r>
      <w:r w:rsidRPr="00323BFC">
        <w:rPr>
          <w:rFonts w:ascii="맑은 고딕" w:eastAsia="맑은 고딕" w:hAnsi="맑은 고딕" w:hint="eastAsia"/>
          <w:color w:val="182333"/>
          <w:sz w:val="18"/>
          <w:lang w:eastAsia="ko-KR"/>
        </w:rPr>
        <w:t>안내를</w:t>
      </w:r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 xml:space="preserve"> </w:t>
      </w:r>
      <w:r w:rsidRPr="00323BFC">
        <w:rPr>
          <w:rFonts w:ascii="맑은 고딕" w:eastAsia="맑은 고딕" w:hAnsi="맑은 고딕" w:hint="eastAsia"/>
          <w:color w:val="182333"/>
          <w:sz w:val="18"/>
          <w:lang w:eastAsia="ko-KR"/>
        </w:rPr>
        <w:t>읽고</w:t>
      </w:r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 xml:space="preserve">, </w:t>
      </w:r>
      <w:r w:rsidRPr="00323BFC">
        <w:rPr>
          <w:rFonts w:ascii="맑은 고딕" w:eastAsia="맑은 고딕" w:hAnsi="맑은 고딕" w:hint="eastAsia"/>
          <w:b/>
          <w:bCs/>
          <w:color w:val="182333"/>
          <w:sz w:val="18"/>
          <w:lang w:eastAsia="ko-KR"/>
        </w:rPr>
        <w:t>동의하거나</w:t>
      </w:r>
      <w:r w:rsidRPr="00323BFC">
        <w:rPr>
          <w:rFonts w:ascii="맑은 고딕" w:eastAsia="맑은 고딕" w:hAnsi="맑은 고딕"/>
          <w:b/>
          <w:bCs/>
          <w:color w:val="182333"/>
          <w:sz w:val="18"/>
          <w:lang w:eastAsia="ko-KR"/>
        </w:rPr>
        <w:t xml:space="preserve"> </w:t>
      </w:r>
      <w:r w:rsidRPr="00323BFC">
        <w:rPr>
          <w:rFonts w:ascii="맑은 고딕" w:eastAsia="맑은 고딕" w:hAnsi="맑은 고딕" w:hint="eastAsia"/>
          <w:b/>
          <w:bCs/>
          <w:color w:val="182333"/>
          <w:sz w:val="18"/>
          <w:lang w:eastAsia="ko-KR"/>
        </w:rPr>
        <w:t>허락하는</w:t>
      </w:r>
      <w:r w:rsidRPr="00323BFC">
        <w:rPr>
          <w:rFonts w:ascii="맑은 고딕" w:eastAsia="맑은 고딕" w:hAnsi="맑은 고딕"/>
          <w:b/>
          <w:bCs/>
          <w:color w:val="182333"/>
          <w:sz w:val="18"/>
          <w:lang w:eastAsia="ko-KR"/>
        </w:rPr>
        <w:t xml:space="preserve"> </w:t>
      </w:r>
      <w:r w:rsidRPr="00323BFC">
        <w:rPr>
          <w:rFonts w:ascii="맑은 고딕" w:eastAsia="맑은 고딕" w:hAnsi="맑은 고딕" w:hint="eastAsia"/>
          <w:b/>
          <w:bCs/>
          <w:color w:val="182333"/>
          <w:sz w:val="18"/>
          <w:lang w:eastAsia="ko-KR"/>
        </w:rPr>
        <w:t>항목에만</w:t>
      </w:r>
      <w:r w:rsidRPr="00323BFC">
        <w:rPr>
          <w:rFonts w:ascii="맑은 고딕" w:eastAsia="맑은 고딕" w:hAnsi="맑은 고딕"/>
          <w:b/>
          <w:bCs/>
          <w:color w:val="182333"/>
          <w:sz w:val="18"/>
          <w:lang w:eastAsia="ko-KR"/>
        </w:rPr>
        <w:t xml:space="preserve"> </w:t>
      </w:r>
      <w:r w:rsidRPr="00323BFC">
        <w:rPr>
          <w:rFonts w:ascii="맑은 고딕" w:eastAsia="맑은 고딕" w:hAnsi="맑은 고딕" w:hint="eastAsia"/>
          <w:b/>
          <w:bCs/>
          <w:color w:val="182333"/>
          <w:sz w:val="18"/>
          <w:lang w:eastAsia="ko-KR"/>
        </w:rPr>
        <w:t>체크해</w:t>
      </w:r>
      <w:r w:rsidRPr="00323BFC">
        <w:rPr>
          <w:rFonts w:ascii="맑은 고딕" w:eastAsia="맑은 고딕" w:hAnsi="맑은 고딕"/>
          <w:b/>
          <w:bCs/>
          <w:color w:val="182333"/>
          <w:sz w:val="18"/>
          <w:lang w:eastAsia="ko-KR"/>
        </w:rPr>
        <w:t xml:space="preserve"> </w:t>
      </w:r>
      <w:r w:rsidRPr="00323BFC">
        <w:rPr>
          <w:rFonts w:ascii="맑은 고딕" w:eastAsia="맑은 고딕" w:hAnsi="맑은 고딕" w:hint="eastAsia"/>
          <w:b/>
          <w:bCs/>
          <w:color w:val="182333"/>
          <w:sz w:val="18"/>
          <w:lang w:eastAsia="ko-KR"/>
        </w:rPr>
        <w:t>주세요</w:t>
      </w:r>
      <w:r w:rsidRPr="00323BFC">
        <w:rPr>
          <w:rFonts w:ascii="맑은 고딕" w:eastAsia="맑은 고딕" w:hAnsi="맑은 고딕"/>
          <w:b/>
          <w:bCs/>
          <w:color w:val="182333"/>
          <w:sz w:val="18"/>
          <w:lang w:eastAsia="ko-KR"/>
        </w:rPr>
        <w:t xml:space="preserve">. </w:t>
      </w:r>
      <w:r w:rsidRPr="00323BFC">
        <w:rPr>
          <w:rFonts w:ascii="맑은 고딕" w:eastAsia="맑은 고딕" w:hAnsi="맑은 고딕" w:hint="eastAsia"/>
          <w:b/>
          <w:bCs/>
          <w:color w:val="182333"/>
          <w:sz w:val="18"/>
          <w:lang w:eastAsia="ko-KR"/>
        </w:rPr>
        <w:t>체크하지</w:t>
      </w:r>
      <w:r w:rsidRPr="00323BFC">
        <w:rPr>
          <w:rFonts w:ascii="맑은 고딕" w:eastAsia="맑은 고딕" w:hAnsi="맑은 고딕"/>
          <w:b/>
          <w:bCs/>
          <w:color w:val="182333"/>
          <w:sz w:val="18"/>
          <w:lang w:eastAsia="ko-KR"/>
        </w:rPr>
        <w:t xml:space="preserve"> </w:t>
      </w:r>
      <w:r w:rsidRPr="00323BFC">
        <w:rPr>
          <w:rFonts w:ascii="맑은 고딕" w:eastAsia="맑은 고딕" w:hAnsi="맑은 고딕" w:hint="eastAsia"/>
          <w:b/>
          <w:bCs/>
          <w:color w:val="182333"/>
          <w:sz w:val="18"/>
          <w:lang w:eastAsia="ko-KR"/>
        </w:rPr>
        <w:t>않은</w:t>
      </w:r>
      <w:r w:rsidRPr="00323BFC">
        <w:rPr>
          <w:rFonts w:ascii="맑은 고딕" w:eastAsia="맑은 고딕" w:hAnsi="맑은 고딕"/>
          <w:b/>
          <w:bCs/>
          <w:color w:val="182333"/>
          <w:sz w:val="18"/>
          <w:lang w:eastAsia="ko-KR"/>
        </w:rPr>
        <w:t xml:space="preserve"> </w:t>
      </w:r>
      <w:r w:rsidRPr="00323BFC">
        <w:rPr>
          <w:rFonts w:ascii="맑은 고딕" w:eastAsia="맑은 고딕" w:hAnsi="맑은 고딕" w:hint="eastAsia"/>
          <w:b/>
          <w:bCs/>
          <w:color w:val="182333"/>
          <w:sz w:val="18"/>
          <w:lang w:eastAsia="ko-KR"/>
        </w:rPr>
        <w:t>항목은</w:t>
      </w:r>
      <w:r w:rsidRPr="00323BFC">
        <w:rPr>
          <w:rFonts w:ascii="맑은 고딕" w:eastAsia="맑은 고딕" w:hAnsi="맑은 고딕"/>
          <w:b/>
          <w:bCs/>
          <w:color w:val="182333"/>
          <w:sz w:val="18"/>
          <w:lang w:eastAsia="ko-KR"/>
        </w:rPr>
        <w:t xml:space="preserve"> </w:t>
      </w:r>
      <w:r w:rsidRPr="00323BFC">
        <w:rPr>
          <w:rFonts w:ascii="맑은 고딕" w:eastAsia="맑은 고딕" w:hAnsi="맑은 고딕" w:hint="eastAsia"/>
          <w:b/>
          <w:bCs/>
          <w:color w:val="182333"/>
          <w:sz w:val="18"/>
          <w:lang w:eastAsia="ko-KR"/>
        </w:rPr>
        <w:t>동의</w:t>
      </w:r>
      <w:r w:rsidRPr="00323BFC">
        <w:rPr>
          <w:rFonts w:ascii="맑은 고딕" w:eastAsia="맑은 고딕" w:hAnsi="맑은 고딕" w:hint="cs"/>
          <w:b/>
          <w:bCs/>
          <w:color w:val="182333"/>
          <w:sz w:val="18"/>
          <w:lang w:eastAsia="ko-KR"/>
        </w:rPr>
        <w:t>·</w:t>
      </w:r>
      <w:r w:rsidRPr="00323BFC">
        <w:rPr>
          <w:rFonts w:ascii="맑은 고딕" w:eastAsia="맑은 고딕" w:hAnsi="맑은 고딕" w:hint="eastAsia"/>
          <w:b/>
          <w:bCs/>
          <w:color w:val="182333"/>
          <w:sz w:val="18"/>
          <w:lang w:eastAsia="ko-KR"/>
        </w:rPr>
        <w:t>허락하지</w:t>
      </w:r>
      <w:r w:rsidRPr="00323BFC">
        <w:rPr>
          <w:rFonts w:ascii="맑은 고딕" w:eastAsia="맑은 고딕" w:hAnsi="맑은 고딕"/>
          <w:b/>
          <w:bCs/>
          <w:color w:val="182333"/>
          <w:sz w:val="18"/>
          <w:lang w:eastAsia="ko-KR"/>
        </w:rPr>
        <w:t xml:space="preserve"> </w:t>
      </w:r>
      <w:r w:rsidRPr="00323BFC">
        <w:rPr>
          <w:rFonts w:ascii="맑은 고딕" w:eastAsia="맑은 고딕" w:hAnsi="맑은 고딕" w:hint="eastAsia"/>
          <w:b/>
          <w:bCs/>
          <w:color w:val="182333"/>
          <w:sz w:val="18"/>
          <w:lang w:eastAsia="ko-KR"/>
        </w:rPr>
        <w:t>않은</w:t>
      </w:r>
      <w:r w:rsidRPr="00323BFC">
        <w:rPr>
          <w:rFonts w:ascii="맑은 고딕" w:eastAsia="맑은 고딕" w:hAnsi="맑은 고딕"/>
          <w:b/>
          <w:bCs/>
          <w:color w:val="182333"/>
          <w:sz w:val="18"/>
          <w:lang w:eastAsia="ko-KR"/>
        </w:rPr>
        <w:t xml:space="preserve"> </w:t>
      </w:r>
      <w:r w:rsidRPr="00323BFC">
        <w:rPr>
          <w:rFonts w:ascii="맑은 고딕" w:eastAsia="맑은 고딕" w:hAnsi="맑은 고딕" w:hint="eastAsia"/>
          <w:b/>
          <w:bCs/>
          <w:color w:val="182333"/>
          <w:sz w:val="18"/>
          <w:lang w:eastAsia="ko-KR"/>
        </w:rPr>
        <w:t>것으로</w:t>
      </w:r>
      <w:r w:rsidRPr="00323BFC">
        <w:rPr>
          <w:rFonts w:ascii="맑은 고딕" w:eastAsia="맑은 고딕" w:hAnsi="맑은 고딕"/>
          <w:b/>
          <w:bCs/>
          <w:color w:val="182333"/>
          <w:sz w:val="18"/>
          <w:lang w:eastAsia="ko-KR"/>
        </w:rPr>
        <w:t xml:space="preserve"> </w:t>
      </w:r>
      <w:r w:rsidRPr="00323BFC">
        <w:rPr>
          <w:rFonts w:ascii="맑은 고딕" w:eastAsia="맑은 고딕" w:hAnsi="맑은 고딕" w:hint="eastAsia"/>
          <w:b/>
          <w:bCs/>
          <w:color w:val="182333"/>
          <w:sz w:val="18"/>
          <w:lang w:eastAsia="ko-KR"/>
        </w:rPr>
        <w:t>처리합니다</w:t>
      </w:r>
      <w:r w:rsidRPr="00323BFC">
        <w:rPr>
          <w:rFonts w:ascii="맑은 고딕" w:eastAsia="맑은 고딕" w:hAnsi="맑은 고딕"/>
          <w:b/>
          <w:bCs/>
          <w:color w:val="182333"/>
          <w:sz w:val="18"/>
          <w:lang w:eastAsia="ko-KR"/>
        </w:rPr>
        <w:t>.</w:t>
      </w:r>
      <w:r w:rsidR="00073B09">
        <w:rPr>
          <w:rFonts w:ascii="맑은 고딕" w:eastAsia="맑은 고딕" w:hAnsi="맑은 고딕" w:hint="eastAsia"/>
          <w:b/>
          <w:bCs/>
          <w:color w:val="182333"/>
          <w:sz w:val="18"/>
          <w:lang w:eastAsia="ko-KR"/>
        </w:rPr>
        <w:t xml:space="preserve"> </w:t>
      </w:r>
      <w:r w:rsidR="00073B09" w:rsidRPr="00073B09">
        <w:rPr>
          <w:rFonts w:ascii="맑은 고딕" w:eastAsia="맑은 고딕" w:hAnsi="맑은 고딕" w:hint="eastAsia"/>
          <w:b/>
          <w:bCs/>
          <w:color w:val="EE0000"/>
          <w:sz w:val="18"/>
          <w:lang w:eastAsia="ko-KR"/>
        </w:rPr>
        <w:t>※ 팀원별로 각각 작성해서 제출해주세요!!!</w:t>
      </w:r>
    </w:p>
    <w:p w14:paraId="042B7423" w14:textId="30EB4D45" w:rsidR="00323BFC" w:rsidRPr="00323BFC" w:rsidRDefault="00323BFC" w:rsidP="00323BFC">
      <w:pPr>
        <w:spacing w:after="160" w:line="302" w:lineRule="auto"/>
        <w:rPr>
          <w:rFonts w:ascii="맑은 고딕" w:eastAsia="맑은 고딕" w:hAnsi="맑은 고딕" w:hint="eastAsia"/>
          <w:color w:val="182333"/>
          <w:sz w:val="18"/>
          <w:lang w:eastAsia="ko-KR"/>
        </w:rPr>
      </w:pPr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>1</w:t>
      </w:r>
      <w:r w:rsidRPr="00323BFC">
        <w:rPr>
          <w:rFonts w:ascii="맑은 고딕" w:eastAsia="맑은 고딕" w:hAnsi="맑은 고딕" w:hint="eastAsia"/>
          <w:color w:val="182333"/>
          <w:sz w:val="18"/>
          <w:lang w:eastAsia="ko-KR"/>
        </w:rPr>
        <w:t>번은</w:t>
      </w:r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 xml:space="preserve"> </w:t>
      </w:r>
      <w:r w:rsidRPr="00323BFC">
        <w:rPr>
          <w:rFonts w:ascii="맑은 고딕" w:eastAsia="맑은 고딕" w:hAnsi="맑은 고딕" w:hint="eastAsia"/>
          <w:color w:val="182333"/>
          <w:sz w:val="18"/>
          <w:lang w:eastAsia="ko-KR"/>
        </w:rPr>
        <w:t>참가</w:t>
      </w:r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 xml:space="preserve"> </w:t>
      </w:r>
      <w:r w:rsidRPr="00323BFC">
        <w:rPr>
          <w:rFonts w:ascii="맑은 고딕" w:eastAsia="맑은 고딕" w:hAnsi="맑은 고딕" w:hint="eastAsia"/>
          <w:color w:val="182333"/>
          <w:sz w:val="18"/>
          <w:lang w:eastAsia="ko-KR"/>
        </w:rPr>
        <w:t>접수에</w:t>
      </w:r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 xml:space="preserve"> </w:t>
      </w:r>
      <w:r w:rsidRPr="00323BFC">
        <w:rPr>
          <w:rFonts w:ascii="맑은 고딕" w:eastAsia="맑은 고딕" w:hAnsi="맑은 고딕" w:hint="eastAsia"/>
          <w:color w:val="182333"/>
          <w:sz w:val="18"/>
          <w:lang w:eastAsia="ko-KR"/>
        </w:rPr>
        <w:t>필요한</w:t>
      </w:r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 xml:space="preserve"> </w:t>
      </w:r>
      <w:r w:rsidRPr="00323BFC">
        <w:rPr>
          <w:rFonts w:ascii="맑은 고딕" w:eastAsia="맑은 고딕" w:hAnsi="맑은 고딕" w:hint="eastAsia"/>
          <w:color w:val="182333"/>
          <w:sz w:val="18"/>
          <w:lang w:eastAsia="ko-KR"/>
        </w:rPr>
        <w:t>동의이며</w:t>
      </w:r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>, 2~7</w:t>
      </w:r>
      <w:r w:rsidRPr="00323BFC">
        <w:rPr>
          <w:rFonts w:ascii="맑은 고딕" w:eastAsia="맑은 고딕" w:hAnsi="맑은 고딕" w:hint="eastAsia"/>
          <w:color w:val="182333"/>
          <w:sz w:val="18"/>
          <w:lang w:eastAsia="ko-KR"/>
        </w:rPr>
        <w:t>번은</w:t>
      </w:r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 xml:space="preserve"> </w:t>
      </w:r>
      <w:r w:rsidRPr="00323BFC">
        <w:rPr>
          <w:rFonts w:ascii="맑은 고딕" w:eastAsia="맑은 고딕" w:hAnsi="맑은 고딕" w:hint="eastAsia"/>
          <w:color w:val="182333"/>
          <w:sz w:val="18"/>
          <w:lang w:eastAsia="ko-KR"/>
        </w:rPr>
        <w:t>선택사항입니다</w:t>
      </w:r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 xml:space="preserve">. </w:t>
      </w:r>
      <w:r w:rsidRPr="00323BFC">
        <w:rPr>
          <w:rFonts w:ascii="맑은 고딕" w:eastAsia="맑은 고딕" w:hAnsi="맑은 고딕" w:hint="eastAsia"/>
          <w:color w:val="182333"/>
          <w:sz w:val="18"/>
          <w:lang w:eastAsia="ko-KR"/>
        </w:rPr>
        <w:t>선택</w:t>
      </w:r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 xml:space="preserve"> </w:t>
      </w:r>
      <w:r w:rsidRPr="00323BFC">
        <w:rPr>
          <w:rFonts w:ascii="맑은 고딕" w:eastAsia="맑은 고딕" w:hAnsi="맑은 고딕" w:hint="eastAsia"/>
          <w:color w:val="182333"/>
          <w:sz w:val="18"/>
          <w:lang w:eastAsia="ko-KR"/>
        </w:rPr>
        <w:t>동의를</w:t>
      </w:r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 xml:space="preserve"> </w:t>
      </w:r>
      <w:r w:rsidRPr="00323BFC">
        <w:rPr>
          <w:rFonts w:ascii="맑은 고딕" w:eastAsia="맑은 고딕" w:hAnsi="맑은 고딕" w:hint="eastAsia"/>
          <w:color w:val="182333"/>
          <w:sz w:val="18"/>
          <w:lang w:eastAsia="ko-KR"/>
        </w:rPr>
        <w:t>거부하더라도</w:t>
      </w:r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 xml:space="preserve"> </w:t>
      </w:r>
      <w:r w:rsidRPr="00323BFC">
        <w:rPr>
          <w:rFonts w:ascii="맑은 고딕" w:eastAsia="맑은 고딕" w:hAnsi="맑은 고딕" w:hint="eastAsia"/>
          <w:color w:val="182333"/>
          <w:sz w:val="18"/>
          <w:lang w:eastAsia="ko-KR"/>
        </w:rPr>
        <w:t>참가</w:t>
      </w:r>
      <w:r w:rsidRPr="00323BFC">
        <w:rPr>
          <w:rFonts w:ascii="맑은 고딕" w:eastAsia="맑은 고딕" w:hAnsi="맑은 고딕" w:hint="cs"/>
          <w:color w:val="182333"/>
          <w:sz w:val="18"/>
          <w:lang w:eastAsia="ko-KR"/>
        </w:rPr>
        <w:t>·</w:t>
      </w:r>
      <w:r w:rsidRPr="00323BFC">
        <w:rPr>
          <w:rFonts w:ascii="맑은 고딕" w:eastAsia="맑은 고딕" w:hAnsi="맑은 고딕" w:hint="eastAsia"/>
          <w:color w:val="182333"/>
          <w:sz w:val="18"/>
          <w:lang w:eastAsia="ko-KR"/>
        </w:rPr>
        <w:t>심사</w:t>
      </w:r>
      <w:r w:rsidRPr="00323BFC">
        <w:rPr>
          <w:rFonts w:ascii="맑은 고딕" w:eastAsia="맑은 고딕" w:hAnsi="맑은 고딕" w:hint="cs"/>
          <w:color w:val="182333"/>
          <w:sz w:val="18"/>
          <w:lang w:eastAsia="ko-KR"/>
        </w:rPr>
        <w:t>·</w:t>
      </w:r>
      <w:r w:rsidRPr="00323BFC">
        <w:rPr>
          <w:rFonts w:ascii="맑은 고딕" w:eastAsia="맑은 고딕" w:hAnsi="맑은 고딕" w:hint="eastAsia"/>
          <w:color w:val="182333"/>
          <w:sz w:val="18"/>
          <w:lang w:eastAsia="ko-KR"/>
        </w:rPr>
        <w:t>시상에</w:t>
      </w:r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 xml:space="preserve"> </w:t>
      </w:r>
      <w:r w:rsidRPr="00323BFC">
        <w:rPr>
          <w:rFonts w:ascii="맑은 고딕" w:eastAsia="맑은 고딕" w:hAnsi="맑은 고딕" w:hint="eastAsia"/>
          <w:color w:val="182333"/>
          <w:sz w:val="18"/>
          <w:lang w:eastAsia="ko-KR"/>
        </w:rPr>
        <w:t>불이익은</w:t>
      </w:r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 xml:space="preserve"> </w:t>
      </w:r>
      <w:r w:rsidRPr="00323BFC">
        <w:rPr>
          <w:rFonts w:ascii="맑은 고딕" w:eastAsia="맑은 고딕" w:hAnsi="맑은 고딕" w:hint="eastAsia"/>
          <w:color w:val="182333"/>
          <w:sz w:val="18"/>
          <w:lang w:eastAsia="ko-KR"/>
        </w:rPr>
        <w:t>없습니다</w:t>
      </w:r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>.</w:t>
      </w:r>
    </w:p>
    <w:tbl>
      <w:tblPr>
        <w:tblStyle w:val="13"/>
        <w:tblW w:w="1041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93"/>
        <w:gridCol w:w="8107"/>
        <w:gridCol w:w="1313"/>
      </w:tblGrid>
      <w:tr w:rsidR="00323BFC" w:rsidRPr="00323BFC" w14:paraId="3F57DB18" w14:textId="77777777" w:rsidTr="00323B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hideMark/>
          </w:tcPr>
          <w:p w14:paraId="12131F43" w14:textId="77777777" w:rsidR="00323BFC" w:rsidRPr="00323BFC" w:rsidRDefault="00323BFC" w:rsidP="00323BFC">
            <w:pPr>
              <w:spacing w:after="160" w:line="302" w:lineRule="auto"/>
              <w:jc w:val="center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323BFC"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  <w:t>번호</w:t>
            </w:r>
          </w:p>
        </w:tc>
        <w:tc>
          <w:tcPr>
            <w:tcW w:w="8107" w:type="dxa"/>
            <w:hideMark/>
          </w:tcPr>
          <w:p w14:paraId="02A2F7D4" w14:textId="77777777" w:rsidR="00323BFC" w:rsidRPr="00323BFC" w:rsidRDefault="00323BFC" w:rsidP="00323BFC">
            <w:pPr>
              <w:spacing w:after="160" w:line="302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323BFC"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  <w:t>확인 항목</w:t>
            </w:r>
          </w:p>
        </w:tc>
        <w:tc>
          <w:tcPr>
            <w:tcW w:w="0" w:type="auto"/>
            <w:hideMark/>
          </w:tcPr>
          <w:p w14:paraId="410A331E" w14:textId="77777777" w:rsidR="00323BFC" w:rsidRPr="00323BFC" w:rsidRDefault="00323BFC" w:rsidP="00323BFC">
            <w:pPr>
              <w:spacing w:after="160" w:line="302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323BFC"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  <w:t>본인 선택</w:t>
            </w:r>
          </w:p>
        </w:tc>
      </w:tr>
      <w:tr w:rsidR="00323BFC" w:rsidRPr="00323BFC" w14:paraId="19C7085F" w14:textId="77777777" w:rsidTr="00323B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hideMark/>
          </w:tcPr>
          <w:p w14:paraId="287D065B" w14:textId="77777777" w:rsidR="00323BFC" w:rsidRPr="00323BFC" w:rsidRDefault="00323BFC" w:rsidP="00323BFC">
            <w:pPr>
              <w:spacing w:after="160" w:line="302" w:lineRule="auto"/>
              <w:jc w:val="center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323BFC"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  <w:t>1</w:t>
            </w:r>
          </w:p>
        </w:tc>
        <w:tc>
          <w:tcPr>
            <w:tcW w:w="8107" w:type="dxa"/>
            <w:hideMark/>
          </w:tcPr>
          <w:p w14:paraId="5F699458" w14:textId="77777777" w:rsidR="00323BFC" w:rsidRPr="00323BFC" w:rsidRDefault="00323BFC" w:rsidP="00323BFC">
            <w:pPr>
              <w:spacing w:after="160" w:line="30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323BFC">
              <w:rPr>
                <w:rFonts w:ascii="맑은 고딕" w:eastAsia="맑은 고딕" w:hAnsi="맑은 고딕"/>
                <w:b/>
                <w:bCs/>
                <w:color w:val="182333"/>
                <w:sz w:val="18"/>
                <w:lang w:eastAsia="ko-KR"/>
              </w:rPr>
              <w:t>[필수]</w:t>
            </w:r>
            <w:r w:rsidRPr="00323BFC"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  <w:t xml:space="preserve"> 참가 운영을 위한 개인정보 수집·이용</w:t>
            </w:r>
          </w:p>
        </w:tc>
        <w:tc>
          <w:tcPr>
            <w:tcW w:w="0" w:type="auto"/>
            <w:hideMark/>
          </w:tcPr>
          <w:p w14:paraId="706CD227" w14:textId="77777777" w:rsidR="00323BFC" w:rsidRPr="00323BFC" w:rsidRDefault="00323BFC" w:rsidP="00323BFC">
            <w:pPr>
              <w:spacing w:after="160" w:line="30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323BFC"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  <w:t>□ 동의</w:t>
            </w:r>
          </w:p>
        </w:tc>
      </w:tr>
      <w:tr w:rsidR="00323BFC" w:rsidRPr="00323BFC" w14:paraId="3217AA37" w14:textId="77777777" w:rsidTr="00323BFC">
        <w:trPr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FFFFFF" w:themeFill="background1"/>
            <w:hideMark/>
          </w:tcPr>
          <w:p w14:paraId="0398F510" w14:textId="77777777" w:rsidR="00323BFC" w:rsidRPr="00323BFC" w:rsidRDefault="00323BFC" w:rsidP="00323BFC">
            <w:pPr>
              <w:spacing w:after="160" w:line="302" w:lineRule="auto"/>
              <w:jc w:val="center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323BFC"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  <w:t>2</w:t>
            </w:r>
          </w:p>
        </w:tc>
        <w:tc>
          <w:tcPr>
            <w:tcW w:w="8107" w:type="dxa"/>
            <w:shd w:val="clear" w:color="auto" w:fill="FFFFFF" w:themeFill="background1"/>
            <w:hideMark/>
          </w:tcPr>
          <w:p w14:paraId="1DFE2468" w14:textId="77777777" w:rsidR="00323BFC" w:rsidRPr="00323BFC" w:rsidRDefault="00323BFC" w:rsidP="00323BFC">
            <w:pPr>
              <w:spacing w:after="160" w:line="30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323BFC">
              <w:rPr>
                <w:rFonts w:ascii="맑은 고딕" w:eastAsia="맑은 고딕" w:hAnsi="맑은 고딕"/>
                <w:b/>
                <w:bCs/>
                <w:color w:val="182333"/>
                <w:sz w:val="18"/>
                <w:lang w:eastAsia="ko-KR"/>
              </w:rPr>
              <w:t>[선택]</w:t>
            </w:r>
            <w:r w:rsidRPr="00323BFC"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  <w:t xml:space="preserve"> 크레딧 지급을 위한 </w:t>
            </w:r>
            <w:proofErr w:type="spellStart"/>
            <w:r w:rsidRPr="00323BFC"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  <w:t>Genspark</w:t>
            </w:r>
            <w:proofErr w:type="spellEnd"/>
            <w:r w:rsidRPr="00323BFC"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  <w:t xml:space="preserve"> 개인정보 제3자 제공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39C76919" w14:textId="77777777" w:rsidR="00323BFC" w:rsidRPr="00323BFC" w:rsidRDefault="00323BFC" w:rsidP="00323BFC">
            <w:pPr>
              <w:spacing w:after="160" w:line="30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323BFC"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  <w:t>□ 동의</w:t>
            </w:r>
          </w:p>
        </w:tc>
      </w:tr>
      <w:tr w:rsidR="00323BFC" w:rsidRPr="00323BFC" w14:paraId="17630E54" w14:textId="77777777" w:rsidTr="00323B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FFFFFF" w:themeFill="background1"/>
            <w:hideMark/>
          </w:tcPr>
          <w:p w14:paraId="50E9DA6B" w14:textId="77777777" w:rsidR="00323BFC" w:rsidRPr="00323BFC" w:rsidRDefault="00323BFC" w:rsidP="00323BFC">
            <w:pPr>
              <w:spacing w:after="160" w:line="302" w:lineRule="auto"/>
              <w:jc w:val="center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323BFC"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  <w:t>3</w:t>
            </w:r>
          </w:p>
        </w:tc>
        <w:tc>
          <w:tcPr>
            <w:tcW w:w="8107" w:type="dxa"/>
            <w:shd w:val="clear" w:color="auto" w:fill="FFFFFF" w:themeFill="background1"/>
            <w:hideMark/>
          </w:tcPr>
          <w:p w14:paraId="366D1DED" w14:textId="77777777" w:rsidR="00323BFC" w:rsidRPr="00323BFC" w:rsidRDefault="00323BFC" w:rsidP="00323BFC">
            <w:pPr>
              <w:spacing w:after="160" w:line="30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323BFC">
              <w:rPr>
                <w:rFonts w:ascii="맑은 고딕" w:eastAsia="맑은 고딕" w:hAnsi="맑은 고딕"/>
                <w:b/>
                <w:bCs/>
                <w:color w:val="182333"/>
                <w:sz w:val="18"/>
                <w:lang w:eastAsia="ko-KR"/>
              </w:rPr>
              <w:t>[선택]</w:t>
            </w:r>
            <w:r w:rsidRPr="00323BFC"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  <w:t xml:space="preserve"> 사무국의 행사 </w:t>
            </w:r>
            <w:proofErr w:type="spellStart"/>
            <w:r w:rsidRPr="00323BFC"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  <w:t>촬영물</w:t>
            </w:r>
            <w:proofErr w:type="spellEnd"/>
            <w:r w:rsidRPr="00323BFC"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  <w:t>·성과 홍보 이용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1321EBE3" w14:textId="77777777" w:rsidR="00323BFC" w:rsidRPr="00323BFC" w:rsidRDefault="00323BFC" w:rsidP="00323BFC">
            <w:pPr>
              <w:spacing w:after="160" w:line="30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323BFC"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  <w:t>□ 동의</w:t>
            </w:r>
          </w:p>
        </w:tc>
      </w:tr>
      <w:tr w:rsidR="00323BFC" w:rsidRPr="00323BFC" w14:paraId="0AD44105" w14:textId="77777777" w:rsidTr="00323BFC">
        <w:trPr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FFFFFF" w:themeFill="background1"/>
            <w:hideMark/>
          </w:tcPr>
          <w:p w14:paraId="4E295C18" w14:textId="77777777" w:rsidR="00323BFC" w:rsidRPr="00323BFC" w:rsidRDefault="00323BFC" w:rsidP="00323BFC">
            <w:pPr>
              <w:spacing w:after="160" w:line="302" w:lineRule="auto"/>
              <w:jc w:val="center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323BFC"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  <w:t>4</w:t>
            </w:r>
          </w:p>
        </w:tc>
        <w:tc>
          <w:tcPr>
            <w:tcW w:w="8107" w:type="dxa"/>
            <w:shd w:val="clear" w:color="auto" w:fill="FFFFFF" w:themeFill="background1"/>
            <w:hideMark/>
          </w:tcPr>
          <w:p w14:paraId="23BEEBAC" w14:textId="266C7EAA" w:rsidR="00323BFC" w:rsidRPr="00323BFC" w:rsidRDefault="00323BFC" w:rsidP="00323BFC">
            <w:pPr>
              <w:spacing w:after="160" w:line="30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323BFC">
              <w:rPr>
                <w:rFonts w:ascii="맑은 고딕" w:eastAsia="맑은 고딕" w:hAnsi="맑은 고딕"/>
                <w:b/>
                <w:bCs/>
                <w:color w:val="182333"/>
                <w:sz w:val="18"/>
                <w:lang w:eastAsia="ko-KR"/>
              </w:rPr>
              <w:t>[선택]</w:t>
            </w:r>
            <w:r w:rsidRPr="00323BFC"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182333"/>
                <w:sz w:val="18"/>
                <w:lang w:eastAsia="ko-KR"/>
              </w:rPr>
              <w:t>본선(</w:t>
            </w:r>
            <w:r w:rsidRPr="00323BFC"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  <w:t>결선</w:t>
            </w:r>
            <w:r>
              <w:rPr>
                <w:rFonts w:ascii="맑은 고딕" w:eastAsia="맑은 고딕" w:hAnsi="맑은 고딕" w:hint="eastAsia"/>
                <w:color w:val="182333"/>
                <w:sz w:val="18"/>
                <w:lang w:eastAsia="ko-KR"/>
              </w:rPr>
              <w:t>)</w:t>
            </w:r>
            <w:r w:rsidRPr="00323BFC"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  <w:t xml:space="preserve"> 프로젝트 내부 검토를 위한 </w:t>
            </w:r>
            <w:proofErr w:type="spellStart"/>
            <w:r w:rsidRPr="00323BFC"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  <w:t>Genspark</w:t>
            </w:r>
            <w:proofErr w:type="spellEnd"/>
            <w:r w:rsidRPr="00323BFC"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  <w:t xml:space="preserve"> 개인정보 제3자 제공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6E63EEFD" w14:textId="77777777" w:rsidR="00323BFC" w:rsidRPr="00323BFC" w:rsidRDefault="00323BFC" w:rsidP="00323BFC">
            <w:pPr>
              <w:spacing w:after="160" w:line="30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323BFC"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  <w:t>□ 동의</w:t>
            </w:r>
          </w:p>
        </w:tc>
      </w:tr>
      <w:tr w:rsidR="00323BFC" w:rsidRPr="00323BFC" w14:paraId="75C54F3D" w14:textId="77777777" w:rsidTr="00323B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FFFFFF" w:themeFill="background1"/>
            <w:hideMark/>
          </w:tcPr>
          <w:p w14:paraId="0BCF1FE1" w14:textId="77777777" w:rsidR="00323BFC" w:rsidRPr="00323BFC" w:rsidRDefault="00323BFC" w:rsidP="00323BFC">
            <w:pPr>
              <w:spacing w:after="160" w:line="302" w:lineRule="auto"/>
              <w:jc w:val="center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323BFC"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  <w:t>5</w:t>
            </w:r>
          </w:p>
        </w:tc>
        <w:tc>
          <w:tcPr>
            <w:tcW w:w="8107" w:type="dxa"/>
            <w:shd w:val="clear" w:color="auto" w:fill="FFFFFF" w:themeFill="background1"/>
            <w:hideMark/>
          </w:tcPr>
          <w:p w14:paraId="2406C405" w14:textId="77777777" w:rsidR="00323BFC" w:rsidRPr="00323BFC" w:rsidRDefault="00323BFC" w:rsidP="00323BFC">
            <w:pPr>
              <w:spacing w:after="160" w:line="30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323BFC">
              <w:rPr>
                <w:rFonts w:ascii="맑은 고딕" w:eastAsia="맑은 고딕" w:hAnsi="맑은 고딕"/>
                <w:b/>
                <w:bCs/>
                <w:color w:val="182333"/>
                <w:sz w:val="18"/>
                <w:lang w:eastAsia="ko-KR"/>
              </w:rPr>
              <w:t>[선택]</w:t>
            </w:r>
            <w:r w:rsidRPr="00323BFC"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  <w:t xml:space="preserve"> 우수 프로젝트 외부 홍보를 위한 </w:t>
            </w:r>
            <w:proofErr w:type="spellStart"/>
            <w:r w:rsidRPr="00323BFC"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  <w:t>Genspark</w:t>
            </w:r>
            <w:proofErr w:type="spellEnd"/>
            <w:r w:rsidRPr="00323BFC"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  <w:t xml:space="preserve"> 개인정보 제3자 제공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329AC005" w14:textId="77777777" w:rsidR="00323BFC" w:rsidRPr="00323BFC" w:rsidRDefault="00323BFC" w:rsidP="00323BFC">
            <w:pPr>
              <w:spacing w:after="160" w:line="30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323BFC"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  <w:t>□ 동의</w:t>
            </w:r>
          </w:p>
        </w:tc>
      </w:tr>
      <w:tr w:rsidR="00323BFC" w:rsidRPr="00323BFC" w14:paraId="4B769274" w14:textId="77777777" w:rsidTr="00323BFC">
        <w:trPr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FFFFFF" w:themeFill="background1"/>
            <w:hideMark/>
          </w:tcPr>
          <w:p w14:paraId="2D7DC5AE" w14:textId="77777777" w:rsidR="00323BFC" w:rsidRPr="00323BFC" w:rsidRDefault="00323BFC" w:rsidP="00323BFC">
            <w:pPr>
              <w:spacing w:after="160" w:line="302" w:lineRule="auto"/>
              <w:jc w:val="center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323BFC"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  <w:t>6</w:t>
            </w:r>
          </w:p>
        </w:tc>
        <w:tc>
          <w:tcPr>
            <w:tcW w:w="8107" w:type="dxa"/>
            <w:shd w:val="clear" w:color="auto" w:fill="FFFFFF" w:themeFill="background1"/>
            <w:hideMark/>
          </w:tcPr>
          <w:p w14:paraId="4D157B0D" w14:textId="77777777" w:rsidR="00323BFC" w:rsidRPr="00323BFC" w:rsidRDefault="00323BFC" w:rsidP="00323BFC">
            <w:pPr>
              <w:spacing w:after="160" w:line="30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323BFC">
              <w:rPr>
                <w:rFonts w:ascii="맑은 고딕" w:eastAsia="맑은 고딕" w:hAnsi="맑은 고딕"/>
                <w:b/>
                <w:bCs/>
                <w:color w:val="182333"/>
                <w:sz w:val="18"/>
                <w:lang w:eastAsia="ko-KR"/>
              </w:rPr>
              <w:t>[선택]</w:t>
            </w:r>
            <w:r w:rsidRPr="00323BFC"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  <w:t xml:space="preserve"> 본인이 선택한 2·4·5번 목적에 한정한 개인정보 국외 이전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4C1E8F91" w14:textId="77777777" w:rsidR="00323BFC" w:rsidRPr="00323BFC" w:rsidRDefault="00323BFC" w:rsidP="00323BFC">
            <w:pPr>
              <w:spacing w:after="160" w:line="30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323BFC"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  <w:t>□ 동의</w:t>
            </w:r>
          </w:p>
        </w:tc>
      </w:tr>
      <w:tr w:rsidR="00323BFC" w:rsidRPr="00323BFC" w14:paraId="46D9E156" w14:textId="77777777" w:rsidTr="00323B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FFFFFF" w:themeFill="background1"/>
            <w:hideMark/>
          </w:tcPr>
          <w:p w14:paraId="1EDD51BF" w14:textId="77777777" w:rsidR="00323BFC" w:rsidRPr="00323BFC" w:rsidRDefault="00323BFC" w:rsidP="00323BFC">
            <w:pPr>
              <w:spacing w:after="160" w:line="302" w:lineRule="auto"/>
              <w:jc w:val="center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323BFC"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  <w:t>7</w:t>
            </w:r>
          </w:p>
        </w:tc>
        <w:tc>
          <w:tcPr>
            <w:tcW w:w="8107" w:type="dxa"/>
            <w:shd w:val="clear" w:color="auto" w:fill="FFFFFF" w:themeFill="background1"/>
            <w:hideMark/>
          </w:tcPr>
          <w:p w14:paraId="2B95CB8E" w14:textId="77777777" w:rsidR="00323BFC" w:rsidRPr="00323BFC" w:rsidRDefault="00323BFC" w:rsidP="00323BFC">
            <w:pPr>
              <w:spacing w:after="160" w:line="30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323BFC">
              <w:rPr>
                <w:rFonts w:ascii="맑은 고딕" w:eastAsia="맑은 고딕" w:hAnsi="맑은 고딕"/>
                <w:b/>
                <w:bCs/>
                <w:color w:val="182333"/>
                <w:sz w:val="18"/>
                <w:lang w:eastAsia="ko-KR"/>
              </w:rPr>
              <w:t>[선택]</w:t>
            </w:r>
            <w:r w:rsidRPr="00323BFC"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  <w:t xml:space="preserve"> 본인이 선택한 3·4·5번 목적에 한정한 결과물 이용허락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2CAEBEC9" w14:textId="77777777" w:rsidR="00323BFC" w:rsidRPr="00323BFC" w:rsidRDefault="00323BFC" w:rsidP="00323BFC">
            <w:pPr>
              <w:spacing w:after="160" w:line="30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</w:pPr>
            <w:r w:rsidRPr="00323BFC">
              <w:rPr>
                <w:rFonts w:ascii="맑은 고딕" w:eastAsia="맑은 고딕" w:hAnsi="맑은 고딕"/>
                <w:color w:val="182333"/>
                <w:sz w:val="18"/>
                <w:lang w:eastAsia="ko-KR"/>
              </w:rPr>
              <w:t>□ 허락</w:t>
            </w:r>
          </w:p>
        </w:tc>
      </w:tr>
    </w:tbl>
    <w:p w14:paraId="1BF0E0C0" w14:textId="77777777" w:rsidR="00323BFC" w:rsidRDefault="00323BFC" w:rsidP="00323BFC">
      <w:pPr>
        <w:spacing w:after="160" w:line="302" w:lineRule="auto"/>
        <w:rPr>
          <w:rFonts w:ascii="맑은 고딕" w:eastAsia="맑은 고딕" w:hAnsi="맑은 고딕"/>
          <w:b/>
          <w:bCs/>
          <w:color w:val="182333"/>
          <w:sz w:val="18"/>
          <w:lang w:eastAsia="ko-KR"/>
        </w:rPr>
      </w:pPr>
    </w:p>
    <w:p w14:paraId="2FA6828D" w14:textId="1188A7DA" w:rsidR="00323BFC" w:rsidRPr="00323BFC" w:rsidRDefault="00073B09" w:rsidP="00323BFC">
      <w:pPr>
        <w:spacing w:after="160" w:line="302" w:lineRule="auto"/>
        <w:rPr>
          <w:rFonts w:ascii="맑은 고딕" w:eastAsia="맑은 고딕" w:hAnsi="맑은 고딕"/>
          <w:color w:val="182333"/>
          <w:sz w:val="20"/>
          <w:szCs w:val="24"/>
          <w:lang w:eastAsia="ko-KR"/>
        </w:rPr>
      </w:pPr>
      <w:r>
        <w:rPr>
          <w:rFonts w:ascii="맑은 고딕" w:eastAsia="맑은 고딕" w:hAnsi="맑은 고딕" w:hint="eastAsia"/>
          <w:b/>
          <w:bCs/>
          <w:color w:val="182333"/>
          <w:sz w:val="20"/>
          <w:szCs w:val="24"/>
          <w:lang w:eastAsia="ko-KR"/>
        </w:rPr>
        <w:t>[</w:t>
      </w:r>
      <w:r w:rsidR="00323BFC" w:rsidRPr="00323BFC">
        <w:rPr>
          <w:rFonts w:ascii="맑은 고딕" w:eastAsia="맑은 고딕" w:hAnsi="맑은 고딕"/>
          <w:b/>
          <w:bCs/>
          <w:color w:val="182333"/>
          <w:sz w:val="20"/>
          <w:szCs w:val="24"/>
          <w:lang w:eastAsia="ko-KR"/>
        </w:rPr>
        <w:t>선택항목 적용 안내</w:t>
      </w:r>
      <w:r>
        <w:rPr>
          <w:rFonts w:ascii="맑은 고딕" w:eastAsia="맑은 고딕" w:hAnsi="맑은 고딕" w:hint="eastAsia"/>
          <w:b/>
          <w:bCs/>
          <w:color w:val="182333"/>
          <w:sz w:val="20"/>
          <w:szCs w:val="24"/>
          <w:lang w:eastAsia="ko-KR"/>
        </w:rPr>
        <w:t>]</w:t>
      </w:r>
    </w:p>
    <w:p w14:paraId="21EB1AB0" w14:textId="77777777" w:rsidR="00323BFC" w:rsidRPr="00323BFC" w:rsidRDefault="00323BFC" w:rsidP="00073B09">
      <w:pPr>
        <w:spacing w:after="160" w:line="240" w:lineRule="auto"/>
        <w:rPr>
          <w:rFonts w:ascii="맑은 고딕" w:eastAsia="맑은 고딕" w:hAnsi="맑은 고딕"/>
          <w:color w:val="182333"/>
          <w:sz w:val="18"/>
          <w:lang w:eastAsia="ko-KR"/>
        </w:rPr>
      </w:pPr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 xml:space="preserve">크레딧 지급용 명단은 </w:t>
      </w:r>
      <w:r w:rsidRPr="00323BFC">
        <w:rPr>
          <w:rFonts w:ascii="맑은 고딕" w:eastAsia="맑은 고딕" w:hAnsi="맑은 고딕"/>
          <w:b/>
          <w:bCs/>
          <w:color w:val="182333"/>
          <w:sz w:val="18"/>
          <w:lang w:eastAsia="ko-KR"/>
        </w:rPr>
        <w:t>2번과 6번에 모두 동의한 경우에만</w:t>
      </w:r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 xml:space="preserve"> </w:t>
      </w:r>
      <w:proofErr w:type="spellStart"/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>Genspark</w:t>
      </w:r>
      <w:proofErr w:type="spellEnd"/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>에 제공합니다.</w:t>
      </w:r>
    </w:p>
    <w:p w14:paraId="536BA602" w14:textId="50CCC478" w:rsidR="00323BFC" w:rsidRPr="00323BFC" w:rsidRDefault="00323BFC" w:rsidP="00073B09">
      <w:pPr>
        <w:spacing w:after="160" w:line="240" w:lineRule="auto"/>
        <w:rPr>
          <w:rFonts w:ascii="맑은 고딕" w:eastAsia="맑은 고딕" w:hAnsi="맑은 고딕"/>
          <w:color w:val="182333"/>
          <w:sz w:val="18"/>
          <w:lang w:eastAsia="ko-KR"/>
        </w:rPr>
      </w:pPr>
      <w:r>
        <w:rPr>
          <w:rFonts w:ascii="맑은 고딕" w:eastAsia="맑은 고딕" w:hAnsi="맑은 고딕" w:hint="eastAsia"/>
          <w:color w:val="182333"/>
          <w:sz w:val="18"/>
          <w:lang w:eastAsia="ko-KR"/>
        </w:rPr>
        <w:t>본선(</w:t>
      </w:r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>결선</w:t>
      </w:r>
      <w:r>
        <w:rPr>
          <w:rFonts w:ascii="맑은 고딕" w:eastAsia="맑은 고딕" w:hAnsi="맑은 고딕" w:hint="eastAsia"/>
          <w:color w:val="182333"/>
          <w:sz w:val="18"/>
          <w:lang w:eastAsia="ko-KR"/>
        </w:rPr>
        <w:t>)</w:t>
      </w:r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 xml:space="preserve"> 프로젝트는 </w:t>
      </w:r>
      <w:r w:rsidRPr="00323BFC">
        <w:rPr>
          <w:rFonts w:ascii="맑은 고딕" w:eastAsia="맑은 고딕" w:hAnsi="맑은 고딕"/>
          <w:b/>
          <w:bCs/>
          <w:color w:val="182333"/>
          <w:sz w:val="18"/>
          <w:lang w:eastAsia="ko-KR"/>
        </w:rPr>
        <w:t>4·6·7번을 모두 동의·허락한 범위에서만</w:t>
      </w:r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 xml:space="preserve"> 내부 검토용으로 제공합니다.</w:t>
      </w:r>
    </w:p>
    <w:p w14:paraId="63CC6CEC" w14:textId="77777777" w:rsidR="00323BFC" w:rsidRPr="00323BFC" w:rsidRDefault="00323BFC" w:rsidP="00073B09">
      <w:pPr>
        <w:spacing w:after="160" w:line="240" w:lineRule="auto"/>
        <w:rPr>
          <w:rFonts w:ascii="맑은 고딕" w:eastAsia="맑은 고딕" w:hAnsi="맑은 고딕"/>
          <w:color w:val="182333"/>
          <w:sz w:val="18"/>
          <w:lang w:eastAsia="ko-KR"/>
        </w:rPr>
      </w:pPr>
      <w:proofErr w:type="spellStart"/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>Genspark</w:t>
      </w:r>
      <w:proofErr w:type="spellEnd"/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 xml:space="preserve"> 외부 홍보는 </w:t>
      </w:r>
      <w:r w:rsidRPr="00323BFC">
        <w:rPr>
          <w:rFonts w:ascii="맑은 고딕" w:eastAsia="맑은 고딕" w:hAnsi="맑은 고딕"/>
          <w:b/>
          <w:bCs/>
          <w:color w:val="182333"/>
          <w:sz w:val="18"/>
          <w:lang w:eastAsia="ko-KR"/>
        </w:rPr>
        <w:t>5·6·7번을 모두 동의·허락하고, 게시안을 최종 확인한 경우에만</w:t>
      </w:r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 xml:space="preserve"> 진행합니다.</w:t>
      </w:r>
    </w:p>
    <w:p w14:paraId="347B7D8A" w14:textId="77777777" w:rsidR="00323BFC" w:rsidRPr="00323BFC" w:rsidRDefault="00323BFC" w:rsidP="00073B09">
      <w:pPr>
        <w:spacing w:after="160" w:line="240" w:lineRule="auto"/>
        <w:rPr>
          <w:rFonts w:ascii="맑은 고딕" w:eastAsia="맑은 고딕" w:hAnsi="맑은 고딕"/>
          <w:color w:val="182333"/>
          <w:sz w:val="18"/>
          <w:lang w:eastAsia="ko-KR"/>
        </w:rPr>
      </w:pPr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 xml:space="preserve">사무국이 참가자의 프로젝트 결과물을 홍보에 이용하려면 </w:t>
      </w:r>
      <w:r w:rsidRPr="00323BFC">
        <w:rPr>
          <w:rFonts w:ascii="맑은 고딕" w:eastAsia="맑은 고딕" w:hAnsi="맑은 고딕"/>
          <w:b/>
          <w:bCs/>
          <w:color w:val="182333"/>
          <w:sz w:val="18"/>
          <w:lang w:eastAsia="ko-KR"/>
        </w:rPr>
        <w:t>3번 동의와 7번 이용허락</w:t>
      </w:r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>이 필요합니다.</w:t>
      </w:r>
    </w:p>
    <w:p w14:paraId="008BEEE1" w14:textId="77777777" w:rsidR="00323BFC" w:rsidRDefault="00323BFC" w:rsidP="00073B09">
      <w:pPr>
        <w:spacing w:after="160" w:line="240" w:lineRule="auto"/>
        <w:rPr>
          <w:rFonts w:ascii="맑은 고딕" w:eastAsia="맑은 고딕" w:hAnsi="맑은 고딕"/>
          <w:color w:val="182333"/>
          <w:sz w:val="18"/>
          <w:lang w:eastAsia="ko-KR"/>
        </w:rPr>
      </w:pPr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>6번 또는 7번에 체크하더라도, 본인이 동의하지 않은 목적의 정보 제공·홍보·결과물 이용은 허용되지 않습니다.</w:t>
      </w:r>
    </w:p>
    <w:p w14:paraId="6A4EB914" w14:textId="77777777" w:rsidR="00073B09" w:rsidRDefault="00073B09" w:rsidP="00073B09">
      <w:pPr>
        <w:spacing w:after="160" w:line="240" w:lineRule="auto"/>
        <w:rPr>
          <w:rFonts w:ascii="맑은 고딕" w:eastAsia="맑은 고딕" w:hAnsi="맑은 고딕"/>
          <w:color w:val="182333"/>
          <w:sz w:val="18"/>
          <w:lang w:eastAsia="ko-KR"/>
        </w:rPr>
      </w:pPr>
    </w:p>
    <w:p w14:paraId="1C40F0C1" w14:textId="77777777" w:rsidR="00073B09" w:rsidRPr="00073B09" w:rsidRDefault="00073B09" w:rsidP="00073B09">
      <w:pPr>
        <w:spacing w:after="160" w:line="240" w:lineRule="auto"/>
        <w:rPr>
          <w:rFonts w:ascii="맑은 고딕" w:eastAsia="맑은 고딕" w:hAnsi="맑은 고딕" w:hint="eastAsia"/>
          <w:color w:val="182333"/>
          <w:sz w:val="10"/>
          <w:szCs w:val="10"/>
          <w:lang w:eastAsia="ko-KR"/>
        </w:rPr>
      </w:pPr>
    </w:p>
    <w:p w14:paraId="1357D5C1" w14:textId="77777777" w:rsidR="00323BFC" w:rsidRPr="00323BFC" w:rsidRDefault="00323BFC" w:rsidP="00073B09">
      <w:pPr>
        <w:spacing w:after="160" w:line="302" w:lineRule="auto"/>
        <w:jc w:val="center"/>
        <w:rPr>
          <w:rFonts w:ascii="맑은 고딕" w:eastAsia="맑은 고딕" w:hAnsi="맑은 고딕"/>
          <w:color w:val="182333"/>
          <w:sz w:val="18"/>
          <w:lang w:eastAsia="ko-KR"/>
        </w:rPr>
      </w:pPr>
      <w:proofErr w:type="spellStart"/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>팀명</w:t>
      </w:r>
      <w:proofErr w:type="spellEnd"/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>: ____________________</w:t>
      </w:r>
    </w:p>
    <w:p w14:paraId="2BB00071" w14:textId="77777777" w:rsidR="00323BFC" w:rsidRPr="00323BFC" w:rsidRDefault="00323BFC" w:rsidP="00073B09">
      <w:pPr>
        <w:spacing w:after="160" w:line="302" w:lineRule="auto"/>
        <w:jc w:val="center"/>
        <w:rPr>
          <w:rFonts w:ascii="맑은 고딕" w:eastAsia="맑은 고딕" w:hAnsi="맑은 고딕"/>
          <w:color w:val="182333"/>
          <w:sz w:val="18"/>
          <w:lang w:eastAsia="ko-KR"/>
        </w:rPr>
      </w:pPr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>성명: ____________________　본인 서명: ____________________</w:t>
      </w:r>
    </w:p>
    <w:p w14:paraId="6CA2B779" w14:textId="39657C57" w:rsidR="00073B09" w:rsidRDefault="00323BFC" w:rsidP="00073B09">
      <w:pPr>
        <w:spacing w:after="160" w:line="302" w:lineRule="auto"/>
        <w:jc w:val="center"/>
        <w:rPr>
          <w:rFonts w:ascii="맑은 고딕" w:eastAsia="맑은 고딕" w:hAnsi="맑은 고딕"/>
          <w:color w:val="182333"/>
          <w:sz w:val="18"/>
          <w:lang w:eastAsia="ko-KR"/>
        </w:rPr>
      </w:pPr>
      <w:r w:rsidRPr="00323BFC">
        <w:rPr>
          <w:rFonts w:ascii="맑은 고딕" w:eastAsia="맑은 고딕" w:hAnsi="맑은 고딕"/>
          <w:color w:val="182333"/>
          <w:sz w:val="18"/>
          <w:lang w:eastAsia="ko-KR"/>
        </w:rPr>
        <w:t>작성일: 2026년 _____월 _____일</w:t>
      </w:r>
    </w:p>
    <w:p w14:paraId="4DC4EAD3" w14:textId="77777777" w:rsidR="00073B09" w:rsidRPr="00073B09" w:rsidRDefault="00073B09" w:rsidP="00073B09">
      <w:pPr>
        <w:spacing w:after="160" w:line="302" w:lineRule="auto"/>
        <w:jc w:val="center"/>
        <w:rPr>
          <w:rFonts w:ascii="맑은 고딕" w:eastAsia="맑은 고딕" w:hAnsi="맑은 고딕" w:hint="eastAsia"/>
          <w:color w:val="182333"/>
          <w:sz w:val="18"/>
          <w:lang w:eastAsia="ko-KR"/>
        </w:rPr>
      </w:pPr>
    </w:p>
    <w:p w14:paraId="18789F3E" w14:textId="5A9A0BAE" w:rsidR="006B5980" w:rsidRPr="00F2020E" w:rsidRDefault="00000000" w:rsidP="00323BFC">
      <w:pPr>
        <w:spacing w:after="100"/>
        <w:jc w:val="center"/>
        <w:rPr>
          <w:rFonts w:ascii="맑은 고딕" w:eastAsia="맑은 고딕" w:hAnsi="맑은 고딕" w:hint="eastAsia"/>
          <w:lang w:eastAsia="ko-KR"/>
        </w:rPr>
      </w:pPr>
      <w:r w:rsidRPr="00F2020E">
        <w:rPr>
          <w:rFonts w:ascii="맑은 고딕" w:eastAsia="맑은 고딕" w:hAnsi="맑은 고딕"/>
          <w:b/>
          <w:color w:val="0B1B52"/>
          <w:sz w:val="21"/>
          <w:lang w:eastAsia="ko-KR"/>
        </w:rPr>
        <w:t>2026 스마트건설·안전·AI 엑스포 사무국 귀하</w:t>
      </w:r>
    </w:p>
    <w:sectPr w:rsidR="006B5980" w:rsidRPr="00F2020E" w:rsidSect="00034616">
      <w:footerReference w:type="default" r:id="rId8"/>
      <w:pgSz w:w="12240" w:h="15840"/>
      <w:pgMar w:top="605" w:right="792" w:bottom="605" w:left="792" w:header="288" w:footer="2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9F459" w14:textId="77777777" w:rsidR="000318F7" w:rsidRDefault="000318F7">
      <w:pPr>
        <w:spacing w:after="0" w:line="240" w:lineRule="auto"/>
      </w:pPr>
      <w:r>
        <w:separator/>
      </w:r>
    </w:p>
  </w:endnote>
  <w:endnote w:type="continuationSeparator" w:id="0">
    <w:p w14:paraId="222459E3" w14:textId="77777777" w:rsidR="000318F7" w:rsidRDefault="00031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CJK KR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NanumGothic">
    <w:charset w:val="81"/>
    <w:family w:val="auto"/>
    <w:pitch w:val="variable"/>
    <w:sig w:usb0="80000003" w:usb1="09D7FCEB" w:usb2="00000010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5512C" w14:textId="77777777" w:rsidR="00D62A2A" w:rsidRDefault="00000000">
    <w:pPr>
      <w:pStyle w:val="a6"/>
      <w:jc w:val="center"/>
      <w:rPr>
        <w:lang w:eastAsia="ko-KR"/>
      </w:rPr>
    </w:pPr>
    <w:r>
      <w:rPr>
        <w:color w:val="7A8392"/>
        <w:sz w:val="15"/>
        <w:lang w:eastAsia="ko-KR"/>
      </w:rPr>
      <w:t>2026 SCX NEXT 청년 스마트건설 AI 랩 | 참가신청 및 개인정보 동의 양식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EC536" w14:textId="77777777" w:rsidR="000318F7" w:rsidRDefault="000318F7">
      <w:pPr>
        <w:spacing w:after="0" w:line="240" w:lineRule="auto"/>
      </w:pPr>
      <w:r>
        <w:separator/>
      </w:r>
    </w:p>
  </w:footnote>
  <w:footnote w:type="continuationSeparator" w:id="0">
    <w:p w14:paraId="4CD3A2C6" w14:textId="77777777" w:rsidR="000318F7" w:rsidRDefault="000318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9E56F42"/>
    <w:multiLevelType w:val="hybridMultilevel"/>
    <w:tmpl w:val="8370F270"/>
    <w:lvl w:ilvl="0" w:tplc="C27A540A">
      <w:start w:val="6"/>
      <w:numFmt w:val="bullet"/>
      <w:lvlText w:val="※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0" w15:restartNumberingAfterBreak="0">
    <w:nsid w:val="38CB0B77"/>
    <w:multiLevelType w:val="hybridMultilevel"/>
    <w:tmpl w:val="397E0BC2"/>
    <w:lvl w:ilvl="0" w:tplc="CEC8743A">
      <w:start w:val="5"/>
      <w:numFmt w:val="bullet"/>
      <w:lvlText w:val="※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543982540">
    <w:abstractNumId w:val="8"/>
  </w:num>
  <w:num w:numId="2" w16cid:durableId="1054231083">
    <w:abstractNumId w:val="6"/>
  </w:num>
  <w:num w:numId="3" w16cid:durableId="1514608321">
    <w:abstractNumId w:val="5"/>
  </w:num>
  <w:num w:numId="4" w16cid:durableId="747462505">
    <w:abstractNumId w:val="4"/>
  </w:num>
  <w:num w:numId="5" w16cid:durableId="1562520368">
    <w:abstractNumId w:val="7"/>
  </w:num>
  <w:num w:numId="6" w16cid:durableId="988438030">
    <w:abstractNumId w:val="3"/>
  </w:num>
  <w:num w:numId="7" w16cid:durableId="488643624">
    <w:abstractNumId w:val="2"/>
  </w:num>
  <w:num w:numId="8" w16cid:durableId="1873494668">
    <w:abstractNumId w:val="1"/>
  </w:num>
  <w:num w:numId="9" w16cid:durableId="1035035678">
    <w:abstractNumId w:val="0"/>
  </w:num>
  <w:num w:numId="10" w16cid:durableId="1657371715">
    <w:abstractNumId w:val="9"/>
  </w:num>
  <w:num w:numId="11" w16cid:durableId="12686615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2274"/>
    <w:rsid w:val="000318F7"/>
    <w:rsid w:val="00034616"/>
    <w:rsid w:val="000450BB"/>
    <w:rsid w:val="0006063C"/>
    <w:rsid w:val="00073B09"/>
    <w:rsid w:val="000B6A1D"/>
    <w:rsid w:val="00145D0D"/>
    <w:rsid w:val="0015074B"/>
    <w:rsid w:val="00231871"/>
    <w:rsid w:val="0029639D"/>
    <w:rsid w:val="00323BFC"/>
    <w:rsid w:val="00326F90"/>
    <w:rsid w:val="00436E7B"/>
    <w:rsid w:val="004E5C94"/>
    <w:rsid w:val="004F45E7"/>
    <w:rsid w:val="00582E22"/>
    <w:rsid w:val="00606A7D"/>
    <w:rsid w:val="006222AD"/>
    <w:rsid w:val="006B5980"/>
    <w:rsid w:val="007666F8"/>
    <w:rsid w:val="007A4D06"/>
    <w:rsid w:val="007E6820"/>
    <w:rsid w:val="00821299"/>
    <w:rsid w:val="00883C4C"/>
    <w:rsid w:val="00955A33"/>
    <w:rsid w:val="00AA1D8D"/>
    <w:rsid w:val="00B240BC"/>
    <w:rsid w:val="00B47730"/>
    <w:rsid w:val="00BC2E24"/>
    <w:rsid w:val="00C9772A"/>
    <w:rsid w:val="00CB0664"/>
    <w:rsid w:val="00D62A2A"/>
    <w:rsid w:val="00DA7F06"/>
    <w:rsid w:val="00DC5D53"/>
    <w:rsid w:val="00ED570B"/>
    <w:rsid w:val="00F1341D"/>
    <w:rsid w:val="00F2020E"/>
    <w:rsid w:val="00F442DA"/>
    <w:rsid w:val="00F82C48"/>
    <w:rsid w:val="00FB4F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7BEEFAA"/>
  <w14:defaultImageDpi w14:val="300"/>
  <w15:docId w15:val="{6301AECA-3B1A-4F0D-89E2-6985901A0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40" w:line="259" w:lineRule="auto"/>
    </w:pPr>
    <w:rPr>
      <w:rFonts w:ascii="Noto Sans CJK KR" w:eastAsia="Noto Sans CJK KR" w:hAnsi="Noto Sans CJK KR"/>
      <w:sz w:val="19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13">
    <w:name w:val="Plain Table 1"/>
    <w:basedOn w:val="a3"/>
    <w:uiPriority w:val="99"/>
    <w:rsid w:val="00323BF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6</Pages>
  <Words>1037</Words>
  <Characters>5917</Characters>
  <Application>Microsoft Office Word</Application>
  <DocSecurity>0</DocSecurity>
  <Lines>49</Lines>
  <Paragraphs>13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6941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이상 메쎄</cp:lastModifiedBy>
  <cp:revision>9</cp:revision>
  <cp:lastPrinted>2026-10-21T08:20:00Z</cp:lastPrinted>
  <dcterms:created xsi:type="dcterms:W3CDTF">2013-12-23T23:15:00Z</dcterms:created>
  <dcterms:modified xsi:type="dcterms:W3CDTF">2026-10-22T09:42:00Z</dcterms:modified>
  <cp:category/>
</cp:coreProperties>
</file>